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获取频道推流URL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1、获取频道推流URL，由于推流地址可能发生变化，所以请在使用时获取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https://api.polyv.net/live/v3/channel/stream/get-push-url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https://api.polyv.net/live/v3/channel/stream/get-push-url?sign=DC99F41F08C04A8240E45F9200BD7F85&amp;timestamp=1642124373212&amp;channelId=1958888&amp;appId=frlr1zazn3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请求成功返回为推流地址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查询频道推流地址</w:t>
        <w:br/>
        <w:t xml:space="preserve"> * @throws IOException</w:t>
        <w:br/>
        <w:t xml:space="preserve"> */</w:t>
        <w:br/>
        <w:t>@Test</w:t>
        <w:br/>
        <w:t>public void testGetPushUrl()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"https://api.polyv.net/live/v3/channel/stream/get-push-url";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requestMap.put("channelId","1965681");</w:t>
        <w:br/>
        <w:t xml:space="preserve">    requestMap.put("sign",LiveSignUtil.getSign(requestMap, appSecret));</w:t>
        <w:br/>
        <w:t xml:space="preserve">    String response = HttpUtil.get(url, requestMap);</w:t>
        <w:br/>
        <w:t xml:space="preserve">    log.info("测试查询频道观看条件接口返回值：{}",response);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"rtmp://push-d1.videocc.net/recordf/1b448be3231102820826401ff57?auth_key=1642220773-0-0-a1f935fcfcf63b7654ac86586ab0f6b6"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获取频道推流URL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