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授权和连麦token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1、获取授权和连麦的token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http://api.polyv.net/live/v3/channel/common/get-chat-token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角色teacher：讲师admin：管理员guest：嘉宾 assistant：助教 viewer：观看者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观看来源，可以自定义web：网页端client：客户端app：手机应用端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http://api.polyv.net/live/v3/channel/common/get-chat-token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role=viewer&amp;appId=frlr1zazn3&amp;origin=web&amp;sign=F9DCE80BFC6DE3293D5EE432C1B8CD55&amp;userId=1b448be323&amp;channelId=2094979&amp;timestamp=1621844705410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链接接口需要的token值，有效期6小时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mediaChannelKey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连麦需要的key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childRoomEnabled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是否开启子房间Y：开启N：关闭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chatApiDomain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聊天室api地址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chatDomain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聊天室socket地址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查询授权和连麦的token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testGetChatToken()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"http://api.polyv.net/live/v3/channel/common/get-chat-token";</w:t>
        <w:br/>
        <w:t xml:space="preserve">    String channelId = "2094979";</w:t>
        <w:br/>
        <w:t xml:space="preserve">    String role = "viewer";</w:t>
        <w:br/>
        <w:t xml:space="preserve">    String origin = "web";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requestMap.put("userId", userId);</w:t>
        <w:br/>
        <w:t xml:space="preserve">    requestMap.put("role", role);</w:t>
        <w:br/>
        <w:t xml:space="preserve">    requestMap.put("origin", origin);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log.info("测试查询授权和连麦的token，返回值：{}",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"chatApiDomain":"apichat.polyv.net",</w:t>
        <w:br/>
        <w:t xml:space="preserve">        "childRoomEnabled":"N",</w:t>
        <w:br/>
        <w:t xml:space="preserve">        "mediaChannelKey":"e235543623u0jd193b575afed369cce5e52hj1oe8000413e9020c21adf91ab136dfd1b7aeeeddfa6c883e9437b81085c5b28c7707caa44fe41826c5bae97baa242a5a8bb7b4d4d706d29f667a7a812fe94fca054210c603cb1f727e02307c1f2a9d5d7bfafc077de33ff9a232761ef004c496dfa536c5e2fb0fb033a04066188bd148aaf1e9d2efe20c2f1ab31464b6d0afb54393fcfb269a065eb5625c289a2e752030ec4631d842021540b3b0466b0c0a19b590ab087aadb19bf621c657b7f003123572e5590fb43175ef120969b2ac125ae2db7d3a6f0c1fa87ec05c7cbb0f20016ed3a3354a6ce50c73c9fecbfe17a98a0bada2f1e6970515cd373a8e12aaa0bd7fc29bfebeb771939156c90c89fbd2da3647ecf050a738e306f4f2a13e9564ba24cbbd26e720d8dab76aa3ee901c10a1754e3dc9ac5173dc75898ea79e9fc851de045dc27f7bde1c58c7591cd186e72dd3d15052ff85925e6fe680599fc8e602b",</w:t>
        <w:br/>
        <w:t xml:space="preserve">        "chatDomain":"chat.polyv.net",</w:t>
        <w:br/>
        <w:t xml:space="preserve">        "roomId":"2094979",</w:t>
        <w:br/>
        <w:t xml:space="preserve">        "token":"7f6d83hojaw2f2bb3b46f875946a75"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授权和连麦token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