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获取频道聊天室的在线人数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1、获取频道聊天室的在线人数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https://api.polyv.net/live/v3/channel/chat/count-online-user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https://api.polyv.net//live/v3/channel/chat/count-online-user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appId=frlr1zazn3&amp;sign=F9DCE80BFC6DE3293D5EE432C1B8CD55&amp;channelId=2094979&amp;timestamp=1621844705410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请求失败时为空，请求成功时为频道的聊天室在线人数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查询授权和连麦的token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testGetChatOnlineCount()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"http://api.polyv.net/live/v3/channel/chat/count-online-user";</w:t>
        <w:br/>
        <w:t xml:space="preserve">    String channelId = "2094979";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log.info("测试查询聊天室在线人数，返回值：{}",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 100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获取频道聊天室的在线人数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