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查询频道商品库开关状态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1、查询频道商品库开关状态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http://api.polyv.net/live/v3/channel/product/get-enabled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http://api.polyv.net/live/v3/channel/product/get-enabled?appId=frlr1zazn3&amp;sign=DE6568B0D6B411962072CEBCFF9E26A1&amp;channelId=2207415&amp;timestamp=1621843382693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请求成功时返回开关状态信息，请求失败时为空【详见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开关状态Y：开启N：关闭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 查询频道商品库开关状态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testGetChannelProductEnabled()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"http://api.polyv.net/live/v3/channel/product/get-enabled";</w:t>
        <w:br/>
        <w:t xml:space="preserve">    String channelId = "2207415";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 channelId);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log.info("测试查询频道商品库开关状态：{}",response);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"enabled": "N"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查询频道商品库开关状态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