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1、查询频道基本信息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http://api.polyv.net/live/v3/channel/basic/get?appId=frlr1zazn3&amp;sign=A80D0E7115D0D1BF5648AE2AB123C0FD&amp;channelId=1958888&amp;timestamp=1621839827266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请求失败时为空，请求成功时为频道的详细设置信息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直播场景，新版直播不使用该字段alone：活动直播topclass：大班课ppt：三分屏seminar：研讨会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新版后台直播模板，若老版频道，该字段为未定义undefined：未定义ppt-三分屏(横屏)  portrait_ppt-三分屏(竖屏)  alone-纯视频(横屏) portrait_alone-纯视频(竖屏)  topclass-纯视频-极速(横屏)  portrait_topclass-纯视频-极速(竖屏)  seminar-研讨会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直播间设置的直播开始时间（设置后出现倒计时），未设置直播开始时间或重置了直播开始时间时为0；设置并生效时为13位毫秒级时间戳。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最大在线观看人数，0和-1表示不限制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直播观看地址，例如 https://xxx.live.polyv.cn/watch/xxxx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userCategory字段说明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userCategory字段说明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</w:tbl>
    <w:p>
      <w:pPr>
        <w:spacing w:after="40"/>
      </w:pPr>
    </w:p>
    <w:p>
      <w:pPr>
        <w:pStyle w:val="Heading3"/>
      </w:pPr>
      <w:r>
        <w:t>authSettings字段说明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频道直播观看条件，主要观看条件为1，次要观看条件为2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 code：验证码观看pay：付费观看 phone：白名单观看 info：登记观看wxshare：分享观看 custom：自定义授权观看 external：外部授权观看 direct：独立授权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付费观看截止时间，13位毫秒级时间戳，为 null 表示一次付费，永久有效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付费观看的截止时长，单位为天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付费观看的试看开关，默认关闭Y：开启N：关闭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试看截止日期，13位毫秒级时间戳，为 null 表示对该频道永久有效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查询频道基本信息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testGetChannelDetailSetting()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"http://api.polyv.net/live/v3/channel/basic/get";</w:t>
        <w:br/>
        <w:t xml:space="preserve">    String channelId = "2139283";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log.info("测试查询频道基本信息，返回值：{}",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1958888,</w:t>
        <w:br/>
        <w:t xml:space="preserve">        "name": "Junit测试(勿删)888",</w:t>
        <w:br/>
        <w:t xml:space="preserve">        "scene": "alone",</w:t>
        <w:br/>
        <w:t xml:space="preserve">        "channelPasswd": "xxxxxx",</w:t>
        <w:br/>
        <w:t xml:space="preserve">        "pureRtcEnabled":"N",</w:t>
        <w:br/>
        <w:t xml:space="preserve">        "publisher": "sadboy主讲",</w:t>
        <w:br/>
        <w:t xml:space="preserve">        "startTime": 0,</w:t>
        <w:br/>
        <w:t xml:space="preserve">        "pageView": 1000,</w:t>
        <w:br/>
        <w:t xml:space="preserve">        "likes": 2000,</w:t>
        <w:br/>
        <w:t xml:space="preserve">        "coverImg": "//liveimages.videocc.net/uploaded/images/2021/03/fx6955h3q6.net",</w:t>
        <w:br/>
        <w:t xml:space="preserve">        "splashImg": null,</w:t>
        <w:br/>
        <w:t xml:space="preserve">        "splashEnabled": "N",</w:t>
        <w:br/>
        <w:t xml:space="preserve">        "desc": "这是一个描述",</w:t>
        <w:br/>
        <w:t xml:space="preserve">        "consultingMenuEnabled": "Y",</w:t>
        <w:br/>
        <w:t xml:space="preserve">        "maxViewerRestrict": "N",</w:t>
        <w:br/>
        <w:t xml:space="preserve">        "maxViewer": 0,</w:t>
        <w:br/>
        <w:t xml:space="preserve">        "watchUrl": "https://1b448be323.live.polyv.cn/watch/1958888",</w:t>
        <w:br/>
        <w:t xml:space="preserve">        "watchStatus": "end",</w:t>
        <w:br/>
        <w:t xml:space="preserve">        "watchStatusText": "已结束",</w:t>
        <w:br/>
        <w:t xml:space="preserve">        "userCategory": {</w:t>
        <w:br/>
        <w:t xml:space="preserve">            "categoryId": 340019,</w:t>
        <w:br/>
        <w:t xml:space="preserve">            "categoryName": "默认分类",</w:t>
        <w:br/>
        <w:t xml:space="preserve">            "userId": "1b448be323",</w:t>
        <w:br/>
        <w:t xml:space="preserve">            "rank": 0</w:t>
        <w:br/>
        <w:t xml:space="preserve">        },</w:t>
        <w:br/>
        <w:t xml:space="preserve">        "authSettings": [</w:t>
        <w:br/>
        <w:t xml:space="preserve">            {</w:t>
        <w:br/>
        <w:t xml:space="preserve">                "channelId": 1958888,</w:t>
        <w:br/>
        <w:t xml:space="preserve">                "rank": 1,</w:t>
        <w:br/>
        <w:t xml:space="preserve">                "userId": "1b448be323",</w:t>
        <w:br/>
        <w:t xml:space="preserve">                "globalSettingEnabled": "N",</w:t>
        <w:br/>
        <w:t xml:space="preserve">                "enabled": "Y",</w:t>
        <w:br/>
        <w:t xml:space="preserve">                "authType": "pay",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"xxxx",</w:t>
        <w:br/>
        <w:t xml:space="preserve">                "qcodeTips": "提示文案",</w:t>
        <w:br/>
        <w:t xml:space="preserve">                "qcodeImg": "//liveimages.videocc.net/uploaded/images/2021/03/fx69556szv.png",</w:t>
        <w:br/>
        <w:t xml:space="preserve">                "price": 0.01,</w:t>
        <w:br/>
        <w:t xml:space="preserve">                "watchEndTime": 1617077460000,</w:t>
        <w:br/>
        <w:t xml:space="preserve">                "validTimePeriod": null,</w:t>
        <w:br/>
        <w:t xml:space="preserve">                "customKey": "xxxxgn",</w:t>
        <w:br/>
        <w:t xml:space="preserve">                "customUri": null,</w:t>
        <w:br/>
        <w:t xml:space="preserve">                "externalKey": "xxxxxxxx",</w:t>
        <w:br/>
        <w:t xml:space="preserve">                "externalUri": null,</w:t>
        <w:br/>
        <w:t xml:space="preserve">                "externalRedirectUri": null,</w:t>
        <w:br/>
        <w:t xml:space="preserve">                "directKey": "xxxxxxxx",</w:t>
        <w:br/>
        <w:t xml:space="preserve">                "trialWatchEnabled": "Y",</w:t>
        <w:br/>
        <w:t xml:space="preserve">                "trialWatchTime": 3,</w:t>
        <w:br/>
        <w:t xml:space="preserve">                "trialWatchEndTime": 1617119999000,</w:t>
        <w:br/>
        <w:t xml:space="preserve">                "whiteListInputTips": null,</w:t>
        <w:br/>
        <w:t xml:space="preserve">                "whiteListEntryText": "会员入口",</w:t>
        <w:br/>
        <w:t xml:space="preserve">                "infoDesc": null</w:t>
        <w:br/>
        <w:t xml:space="preserve">            },</w:t>
        <w:br/>
        <w:t xml:space="preserve">            {</w:t>
        <w:br/>
        <w:t xml:space="preserve">                "channelId": 1958888,</w:t>
        <w:br/>
        <w:t xml:space="preserve">                "rank": 2,</w:t>
        <w:br/>
        <w:t xml:space="preserve">                "userId": "1b448be323",</w:t>
        <w:br/>
        <w:t xml:space="preserve">                "globalSettingEnabled": "N",</w:t>
        <w:br/>
        <w:t xml:space="preserve">                "enabled": "N",</w:t>
        <w:br/>
        <w:t xml:space="preserve">                "authType": "none",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null,</w:t>
        <w:br/>
        <w:t xml:space="preserve">                "qcodeTips": null,</w:t>
        <w:br/>
        <w:t xml:space="preserve">                "qcodeImg": null,</w:t>
        <w:br/>
        <w:t xml:space="preserve">                "price": 0,</w:t>
        <w:br/>
        <w:t xml:space="preserve">                "watchEndTime": null,</w:t>
        <w:br/>
        <w:t xml:space="preserve">                "validTimePeriod": null,</w:t>
        <w:br/>
        <w:t xml:space="preserve">                "customKey": "xxxxxxxx",</w:t>
        <w:br/>
        <w:t xml:space="preserve">                "customUri": null,</w:t>
        <w:br/>
        <w:t xml:space="preserve">                "externalKey": "xxxxxxxx",</w:t>
        <w:br/>
        <w:t xml:space="preserve">                "externalUri": null,</w:t>
        <w:br/>
        <w:t xml:space="preserve">                "externalRedirectUri": null,</w:t>
        <w:br/>
        <w:t xml:space="preserve">                "directKey": "xxxxxxxx",</w:t>
        <w:br/>
        <w:t xml:space="preserve">                "trialWatchEnabled": "N",</w:t>
        <w:br/>
        <w:t xml:space="preserve">                "trialWatchTime": null,</w:t>
        <w:br/>
        <w:t xml:space="preserve">                "trialWatchEndTime": null,</w:t>
        <w:br/>
        <w:t xml:space="preserve">                "whiteListInputTips": null,</w:t>
        <w:br/>
        <w:t xml:space="preserve">                "whiteListEntryText": "会员入口",</w:t>
        <w:br/>
        <w:t xml:space="preserve">                "infoDesc": null</w:t>
        <w:br/>
        <w:t xml:space="preserve">            }</w:t>
        <w:br/>
        <w:t xml:space="preserve">        ],</w:t>
        <w:br/>
        <w:t xml:space="preserve">        "bgImg": "https://car3.autoimg.cn/cardfs/product/g25/M08/C7/57/1024x0_1_q95_autohomecar__ChsEmF8EOK-AB5uaAAfsj_iwPdE906.jpg",</w:t>
        <w:br/>
        <w:t xml:space="preserve">        "creatorChildId": null,</w:t>
        <w:br/>
        <w:t xml:space="preserve">        "creatorName": null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