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1、查询直播频道信息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Logo不透明度，1表示完全不透明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一开始的暖场视频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仅推音频流，Y：开启，N：关闭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频道的图标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直播场景alone：活动直播topclass：大班课ppt：三分屏seminar：研讨会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频道连麦人数-1：使用账号连麦人数0-16：代表连麦人数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直播方式client：客户端推流pull：拉流thirdpull：第三方拉流disk：伪直播audio：音频直播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无延迟直播开关，Y：开启，N：关闭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频道类型transmit：发起转播normal：普通的频道receive：接收转播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服务器返回13位毫秒级时间戳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testGetChannelDetail()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"http://api.polyv.net/live/v2/channels/%s/get";</w:t>
        <w:br/>
        <w:t xml:space="preserve">    String channelId = "2139283";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"channelId":2139283,</w:t>
        <w:br/>
        <w:t xml:space="preserve">        "userId":"1b448be323",</w:t>
        <w:br/>
        <w:t xml:space="preserve">        "name":"API讨论",</w:t>
        <w:br/>
        <w:t xml:space="preserve">        "publisher":"主持人",</w:t>
        <w:br/>
        <w:t xml:space="preserve">        "description":"",</w:t>
        <w:br/>
        <w:t xml:space="preserve">        "url":"rtmp://push-d1.videocc.net/recordf/1b448be3231612574447801d3db?auth_key=1615187853-0-0-a389e65ee28cdbfe0388cdbba8097ca3",</w:t>
        <w:br/>
        <w:t xml:space="preserve">        "stream":"1b448be3231612574447801d3db",</w:t>
        <w:br/>
        <w:t xml:space="preserve">        "logoImage":"",</w:t>
        <w:br/>
        <w:t xml:space="preserve">        "logoOpacity":1,</w:t>
        <w:br/>
        <w:t xml:space="preserve">        "logoPosition":"tr",</w:t>
        <w:br/>
        <w:t xml:space="preserve">        "logoHref":"",</w:t>
        <w:br/>
        <w:t xml:space="preserve">        "coverImage":"",</w:t>
        <w:br/>
        <w:t xml:space="preserve">        "coverHref":"",</w:t>
        <w:br/>
        <w:t xml:space="preserve">        "waitImage":"",</w:t>
        <w:br/>
        <w:t xml:space="preserve">        "waitHref":"",</w:t>
        <w:br/>
        <w:t xml:space="preserve">        "cutoffImage":"",</w:t>
        <w:br/>
        <w:t xml:space="preserve">        "cutoffHref":"",</w:t>
        <w:br/>
        <w:t xml:space="preserve">        "advertType":"NONE",</w:t>
        <w:br/>
        <w:t xml:space="preserve">        "advertDuration":0,</w:t>
        <w:br/>
        <w:t xml:space="preserve">        "advertWidth":0,</w:t>
        <w:br/>
        <w:t xml:space="preserve">        "advertHeight":0,</w:t>
        <w:br/>
        <w:t xml:space="preserve">        "advertImage":"",</w:t>
        <w:br/>
        <w:t xml:space="preserve">        "advertHref":"",</w:t>
        <w:br/>
        <w:t xml:space="preserve">        "advertFlvVid":"",</w:t>
        <w:br/>
        <w:t xml:space="preserve">        "advertFlvUrl":"",</w:t>
        <w:br/>
        <w:t xml:space="preserve">        "playerColor":"#666666",</w:t>
        <w:br/>
        <w:t xml:space="preserve">        "autoPlay":false,</w:t>
        <w:br/>
        <w:t xml:space="preserve">        "warmUpFlv":"",</w:t>
        <w:br/>
        <w:t xml:space="preserve">        "passwdRestrict":false,</w:t>
        <w:br/>
        <w:t xml:space="preserve">        "passwdEncrypted":"",</w:t>
        <w:br/>
        <w:t xml:space="preserve">        "isOnlyAudio":"N",</w:t>
        <w:br/>
        <w:t xml:space="preserve">        "isLowLatency":"N",</w:t>
        <w:br/>
        <w:t xml:space="preserve">        "m3u8Url":"http://pull-d1.videocc.net/recordf/1b448be3231612574447801d3db.m3u8?auth_key=1615186053-0-0-c9c2c9b09b982e9fe357ecf6461ef532",</w:t>
        <w:br/>
        <w:t xml:space="preserve">        "m3u8Url1":"",</w:t>
        <w:br/>
        <w:t xml:space="preserve">        "m3u8Url2":"",</w:t>
        <w:br/>
        <w:t xml:space="preserve">        "m3u8Url3":"",</w:t>
        <w:br/>
        <w:t xml:space="preserve">        "channelLogoImage":"http://liveimages.videocc.net/assets/wimages/pc_images/logo.png",</w:t>
        <w:br/>
        <w:t xml:space="preserve">        "scene":"alone",</w:t>
        <w:br/>
        <w:t xml:space="preserve">        "channelViewerPasswd":null,</w:t>
        <w:br/>
        <w:t xml:space="preserve">        "channelPasswd":"xxxx",</w:t>
        <w:br/>
        <w:t xml:space="preserve">        "linkMicLimit":16,</w:t>
        <w:br/>
        <w:t xml:space="preserve">        "streamType":"client",</w:t>
        <w:br/>
        <w:t xml:space="preserve">        "pureRtcEnabled":"Y",</w:t>
        <w:br/>
        <w:t xml:space="preserve">        "type":"transmit",</w:t>
        <w:br/>
        <w:t xml:space="preserve">        "cnAndEnLiveEnabled":"N",</w:t>
        <w:br/>
        <w:t xml:space="preserve">        "pushEnUrl":null,</w:t>
        <w:br/>
        <w:t xml:space="preserve">        "categoryId":340019,</w:t>
        <w:br/>
        <w:t xml:space="preserve">        "categoryName":"默认分类",</w:t>
        <w:br/>
        <w:t xml:space="preserve">        "currentTimeMillis":1615186053464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