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查询频道直播截图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1、截图功能，查询当前频道正在直播的截图（截图五分钟更新一次）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http://api.polyv.net/live/v2/stream/{channelId}/capture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http://api.polyv.net/live/v2/stream/1965681/capture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appId=frlr1zazn3&amp;sign=56CB347C3D71093F0D8EFBE59AF7CDA0&amp;timestamp=1621842995655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请求成功时为截图地址，请求错误时为空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查询频道直播截图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testGetCaptureImage()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"http://api.polyv.net/live/v2/stream/%s/capture";</w:t>
        <w:br/>
        <w:t xml:space="preserve">    String channelId = "1965681";</w:t>
        <w:br/>
        <w:br/>
        <w:t xml:space="preserve">    url = String.format(url, channelId);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log.info("测试查询频道直播截图，返回值：{}",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"//liveimages.videocc.net/uploaded/images/2021/03/fx0p8ouo04.jpg"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查询频道直播截图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