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查询频道号下所有角色信息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1、查询频道内所有助教和嘉宾的具体信息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http://api.polyv.net/live/v2/channelAccount/{channelId}/accounts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https://api.polyv.net/live/v2/channelAccount/2191541/accounts?appId=frlr1zazn3&amp;sign=BE8A0E88376E1B4BB1BBB48BADD5AFBE&amp;timestamp=1621841937679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请求失败时为空，请求成功时为角色的信息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角色流名，单独使用无效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创建角色时间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频道中所有角色序号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pageTurnEnabled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是否拥有翻页权限，只能一个角色有，仅支持三分屏场景Y：是N：否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是否拥有发布公告权限Y：是N：否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是否拥有开启签到权限Y：是N：否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是否拥有发起投票权限Y：是N：否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是否拥有抽奖权限Y：是N：否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角色Assistant：助教Guest：嘉宾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chatListEnabled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助教页在线列表显示开关Y：开启N：关闭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chatAuditEnabled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助教聊天审核Y：开启N：关闭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助教监播开关Y：开启N：关闭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roundTourEnabled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助教轮巡开关Y：开启N：关闭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watchLockEnabled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锁定直播间功能开关Y：开启N：关闭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chatInteractionEnabled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互动发言功能开关Y：开启N：关闭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角色推流地址，角色推流请参考后台导播台使用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*查询频道号下所有角色信息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testGetAccounts()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"https://api.polyv.net/live/v2/channelAccount/%s/accounts";</w:t>
        <w:br/>
        <w:t xml:space="preserve">    String channelId="2149710";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log.info("测试查询频道号下所有角色信息，返回值：{}",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"account":"0072149710",</w:t>
        <w:br/>
        <w:t xml:space="preserve">            "userId":"1b448be323",</w:t>
        <w:br/>
        <w:t xml:space="preserve">            "channelId":2149710,</w:t>
        <w:br/>
        <w:t xml:space="preserve">            "passwd":"xxxxxx",</w:t>
        <w:br/>
        <w:t xml:space="preserve">            "nickname":"赵老师",</w:t>
        <w:br/>
        <w:t xml:space="preserve">            "stream":"km1fvuo3",</w:t>
        <w:br/>
        <w:t xml:space="preserve">            "status":"Y",</w:t>
        <w:br/>
        <w:t xml:space="preserve">            "createdTime":1615259640000,</w:t>
        <w:br/>
        <w:t xml:space="preserve">            "lastModified":1615259640000,</w:t>
        <w:br/>
        <w:t xml:space="preserve">            "channelSessionId":null,</w:t>
        <w:br/>
        <w:t xml:space="preserve">            "sort":7,</w:t>
        <w:br/>
        <w:t xml:space="preserve">            "avatar":"//s1.videocc.net/default-img/avatar/assistant.png",</w:t>
        <w:br/>
        <w:t xml:space="preserve">            "actor":"助教",</w:t>
        <w:br/>
        <w:t xml:space="preserve">            "pageTurnEnabled":"N",</w:t>
        <w:br/>
        <w:t xml:space="preserve">            "notifyEnabled":"Y",</w:t>
        <w:br/>
        <w:t xml:space="preserve">            "checkinEnabled":"Y",</w:t>
        <w:br/>
        <w:t xml:space="preserve">            "voteEnabled":"Y",</w:t>
        <w:br/>
        <w:t xml:space="preserve">            "lotteryEnabled":"Y",</w:t>
        <w:br/>
        <w:t xml:space="preserve">            "role":"Assistant",</w:t>
        <w:br/>
        <w:t xml:space="preserve">            "chatListEnabled":"Y",</w:t>
        <w:br/>
        <w:t xml:space="preserve">            "chatAuditEnabled":"N",</w:t>
        <w:br/>
        <w:t xml:space="preserve">            "monitorEnabled":"N",</w:t>
        <w:br/>
        <w:t xml:space="preserve">            "roundTourEnabled":"N",</w:t>
        <w:br/>
        <w:t xml:space="preserve">            "watchLockEnabled":"N",</w:t>
        <w:br/>
        <w:t xml:space="preserve">            "pushUrl":"rtmp://push-d1.videocc.net/recordf/1b448be32316137918188520c60km1fvuo3?auth_key=1615341964-0-0-fc732106ae504b75082042014f616f34"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查询频道号下所有角色信息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