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结束伪直播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1、结束当前正在直播中的伪直播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http://api.polyv.net/live/v3/channel/stream/end-disk-push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频道号，仅支持正常延迟的纯视频频道设置伪直播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伪直播id,不传则结束当前时间直播中的伪直播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http://api.polyv.net/live/v3/channel/stream/end-disk-push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appId=frlr1zazn3&amp;sign=2A861BD280299A4D7E6FF556C77C88D2&amp;channelId=2149710&amp;timestamp=1621843071824&amp;diskVideoId=1dg53250a3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停止伪直播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testEndDiskVideo()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"http://api.polyv.net/live/v3/channel/stream/end-disk-push";</w:t>
        <w:br/>
        <w:t xml:space="preserve">    String channelId = "2149710";</w:t>
        <w:br/>
        <w:t xml:space="preserve">    String diskVideoId = "1dg53250a3";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requestMap.put("diskVideoId", diskVideoId);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log.info("测试停止伪直播，返回值：{}",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结束伪直播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