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删除重制课件任务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1、删除重制课件任务, 可批量删除</w:t>
        <w:br/>
        <w:t>2、正在进行重制中的任务不能删除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http://api.polyv.net/live/v3/channel/pptRecord/batch-delete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任务ID列表，多个任务ID使用”,”进行分隔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http://api.polyv.net/live/v3/channel/pptRecord/batch-delete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appId=fso8gzbxlr&amp;timestamp=1628074098000&amp;channelId=1947328&amp;taskIds=12345,12346&amp;sign=FB1357F4199FF7838A158D6BE25791C5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处理结果, true成功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url="https://api.polyv.net/live/v3/channel/pptRecord/batch-delete";</w:t>
        <w:br/>
        <w:t xml:space="preserve">    String channelId="1947328";</w:t>
        <w:br/>
        <w:t xml:space="preserve">    String taskIds = "12345,12346";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requestMap.put("taskIds", taskIds);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log.info("删除重制课件任务，返回值：{}",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"result": true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删除重制课件任务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