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创建单个频道(旧版)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1、创建频道并进行相关设置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频道名称，最大长度60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频道密码，长度不能超过16位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直播场景，默认alonealone：活动拍摄ppt：三分屏topclass：大班课seminar：研讨会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是否为无延时直播，默认为NY：是N：否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中英文直播间开关，默认为NY：开启N：关闭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englishSettingEnabled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英文直播间开关，默认为NY：开启N：关闭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publisherEnglishName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英文主持人名称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channelEnglishName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英文频道名称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新建频道的所属分类，如果不提交，则为默认分类（分类ID可通过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“查询直播分类”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接口得到）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最大同时在线人数，0和-1表示不限制观看人数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连麦人数，最大16人（范围大于等于-1，小于等于全局设置的连麦人数），-1：使用全局设置的连麦人数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播放器控制栏颜色，默认：#666666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是否自动播放0：不自动播放1：自动播放，默认1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是否为接收转播频道，不填或者填其他值为发起转播频道（注：需要开启频道转播功能该参数才生效）Y：表示是N：表示否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receiveChannelIds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接收转播频道号，多个频道号用半角逗号，隔开，如果receive参数值为Y时，此参数无效（注：需要开启频道转播功能该参数才生效）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频道属性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doubleEnabled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双师频道属性，N不开启（默认为N）Y为双师频道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bookingEnabled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预约的功能开关，默认为Y Y：开启N：关闭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直播方式client：客户端推流pull：拉流thirdpull：第三方拉流disk：伪直播audio：音频直播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aloneWatchLayout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普通直播观看页布局配置(普通:normal,竖屏:portrait)，默认普通直播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http://api.polyv.net/live/v2/channels?appId=frlr1zazn3&amp;timestamp=1671527624000&amp;sign=AD7FC9F7F3E55B1145E354FB291590E3&amp;name=%E5%B0%8F%E8%AF%BE%E5%A0%82&amp;userId=1b448be323&amp;channelPasswd=32L8PQC08sg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直播流的URL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LOGO的图片地址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LOGO的透明度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LOGO在播放器上的位置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LOGO的外链地址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封面图片的外链地址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等待直播流的图片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等待直播流图片的外部链接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断流图片的地址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断流图片的外链地址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广告的类型，无广告、图片广告、FLV广告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广告的宽，单位：像素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广告的高，单位：像素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图片广告的地址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广告的外链地址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FLV广告在PolyV系统中的videoId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FLV广告的URL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播放器控制栏的颜色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是否设置了密码保护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playCodeRestrict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是否设置了密码保护，等同字段passwdRestrict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passwdEncrypted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MD5加密后的播放密码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playCodeEncrypted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MD5加密后的播放密码，等同字段passwdEncrypted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isOnlyAudio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是否为音频直播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isLowLatency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是否为低延迟直播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M3U8的URL地址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标清M3U8地址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高清M3U8地址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超清M3U8地址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频道的logo图片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频道的直播场景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参与者密码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是否是纯rtc拉流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频道类型,发起转播、接收转播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中英文直播间开关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closeDanmu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弹幕开关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11667086,</w:t>
        <w:br/>
        <w:t xml:space="preserve">        "userId": "1b448be323",</w:t>
        <w:br/>
        <w:t xml:space="preserve">        "name": "polyv小课堂",</w:t>
        <w:br/>
        <w:t xml:space="preserve">        "publisher": "主持人",</w:t>
        <w:br/>
        <w:t xml:space="preserve">        "description": "",</w:t>
        <w:br/>
        <w:t xml:space="preserve">        "url": "rtmp://push-d1.videocc.net/recordf/1b448be32316715274020016771?auth_key=1671529203-0-0-f6198f001ccf7fca946c90801ef9c504",</w:t>
        <w:br/>
        <w:t xml:space="preserve">        "stream": "1b448be32316715274020016771",</w:t>
        <w:br/>
        <w:t xml:space="preserve">        "logoImage": "https://liveimages.videocc.net/uploaded/images/2021/04/fy3ce1e8uh.png",</w:t>
        <w:br/>
        <w:t xml:space="preserve">        "logoOpacity": 0.37,</w:t>
        <w:br/>
        <w:t xml:space="preserve">        "logoPosition": "tr",</w:t>
        <w:br/>
        <w:t xml:space="preserve">        "logoHref": "",</w:t>
        <w:br/>
        <w:t xml:space="preserve">        "coverImage": "",</w:t>
        <w:br/>
        <w:t xml:space="preserve">        "coverHref": "",</w:t>
        <w:br/>
        <w:t xml:space="preserve">        "waitImage": "",</w:t>
        <w:br/>
        <w:t xml:space="preserve">        "waitHref": "",</w:t>
        <w:br/>
        <w:t xml:space="preserve">        "cutoffImage": "",</w:t>
        <w:br/>
        <w:t xml:space="preserve">        "cutoffHref": "",</w:t>
        <w:br/>
        <w:t xml:space="preserve">        "advertType": "NONE",</w:t>
        <w:br/>
        <w:t xml:space="preserve">        "advertDuration": 0,</w:t>
        <w:br/>
        <w:t xml:space="preserve">        "advertWidth": 0,</w:t>
        <w:br/>
        <w:t xml:space="preserve">        "advertHeight": 0,</w:t>
        <w:br/>
        <w:t xml:space="preserve">        "advertImage": "",</w:t>
        <w:br/>
        <w:t xml:space="preserve">        "advertHref": "",</w:t>
        <w:br/>
        <w:t xml:space="preserve">        "advertFlvVid": "",</w:t>
        <w:br/>
        <w:t xml:space="preserve">        "advertFlvUrl": "",</w:t>
        <w:br/>
        <w:t xml:space="preserve">        "playerColor": "#666666",</w:t>
        <w:br/>
        <w:t xml:space="preserve">        "autoPlay": false,</w:t>
        <w:br/>
        <w:t xml:space="preserve">        "warmUpFlv": "",</w:t>
        <w:br/>
        <w:t xml:space="preserve">        "passwdRestrict": false,</w:t>
        <w:br/>
        <w:t xml:space="preserve">        "playCodeRestrict": false,</w:t>
        <w:br/>
        <w:t xml:space="preserve">        "passwdEncrypted": "",</w:t>
        <w:br/>
        <w:t xml:space="preserve">        "playCodeEncrypted": null,</w:t>
        <w:br/>
        <w:t xml:space="preserve">        "isOnlyAudio": "N",</w:t>
        <w:br/>
        <w:t xml:space="preserve">        "isLowLatency": "N",</w:t>
        <w:br/>
        <w:t xml:space="preserve">        "m3u8Url": "http://pull-d1.videocc.net/recordf/1b448be32316715274020016771.m3u8?auth_key=1671527403-0-0-de8272610bc40f7102dcb880cfde138d",</w:t>
        <w:br/>
        <w:t xml:space="preserve">        "m3u8Url1": "",</w:t>
        <w:br/>
        <w:t xml:space="preserve">        "m3u8Url2": "",</w:t>
        <w:br/>
        <w:t xml:space="preserve">        "m3u8Url3": "",</w:t>
        <w:br/>
        <w:t xml:space="preserve">        "channelLogoImage": "https://liveimages.videocc.net/uploaded/images/2022/11/gffeocwo9n.png",</w:t>
        <w:br/>
        <w:t xml:space="preserve">        "scene": "alone",</w:t>
        <w:br/>
        <w:t xml:space="preserve">        "channelViewerPasswd": null,</w:t>
        <w:br/>
        <w:t xml:space="preserve">        "channelPasswd": "QIbGmAmhMJ1dq",</w:t>
        <w:br/>
        <w:t xml:space="preserve">        "loginCode": null,</w:t>
        <w:br/>
        <w:t xml:space="preserve">        "linkMicLimit": 16,</w:t>
        <w:br/>
        <w:t xml:space="preserve">        "streamType": "client",</w:t>
        <w:br/>
        <w:t xml:space="preserve">        "pureRtcEnabled": "N",</w:t>
        <w:br/>
        <w:t xml:space="preserve">        "type": "normal",</w:t>
        <w:br/>
        <w:t xml:space="preserve">        "cnAndEnLiveEnabled": "N",</w:t>
        <w:br/>
        <w:t xml:space="preserve">        "pushEnUrl": null,</w:t>
        <w:br/>
        <w:t xml:space="preserve">        "closeDanmu": "N",</w:t>
        <w:br/>
        <w:t xml:space="preserve">        "currentTimeMillis": 1671527405150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创建单个频道(旧版)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