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复制频道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1、通过一个频道复制出一个新的频道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http://api.polyv.net/live/v3/channel/basic/copy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需要复制频道的频道号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新的频道名称，默认为复制频道的频道名称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新的频道所属分类ID，默认为默认分类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频道开始时间，格式：yyyy-MM-DD HH:mm:ss，默认为复制频道的开始时间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频道结束时间，格式：yyyy-MM-DD HH:mm:ss，默认为复制频道的结束时间，需晚于开始时间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subAccount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直播子账号邮箱，复制频道到子账号邮箱对应的组织下面，不传则创建在顶级组织下面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http://api.polyv.net/live/v3/channel/basic/copy?appId=frlr1zazn3&amp;sign=75E6E2C6C559BABAD15C9C900BB39899&amp;channelId=2788479&amp;timestamp=1642488996188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请求失败时为空，请求成功时为复制后生成频道的频道号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@Test</w:t>
        <w:br/>
        <w:t xml:space="preserve">    public void testCopyChannel()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br/>
        <w:t xml:space="preserve">        //业务参数</w:t>
        <w:br/>
        <w:t xml:space="preserve">        String channelId = "2788479";</w:t>
        <w:br/>
        <w:t xml:space="preserve">        String url = "http://api.polyv.net/live/v3/channel/basic/copy";</w:t>
        <w:br/>
        <w:br/>
        <w:t xml:space="preserve">        //http 调用逻辑</w:t>
        <w:br/>
        <w:t xml:space="preserve">        Map&lt;String, String&gt; requestMap = new HashMap&lt;&gt;();</w:t>
        <w:br/>
        <w:t xml:space="preserve">        requestMap.put("appId", appId);</w:t>
        <w:br/>
        <w:t xml:space="preserve">        requestMap.put("timestamp", timestamp);</w:t>
        <w:br/>
        <w:t xml:space="preserve">        requestMap.put("channelId", channelId);</w:t>
        <w:br/>
        <w:t xml:space="preserve">        //requestMap.put("name","");</w:t>
        <w:br/>
        <w:t xml:space="preserve">        //requestMap.put("categoryId","");</w:t>
        <w:br/>
        <w:t xml:space="preserve">        //requestMap.put("startTime","");</w:t>
        <w:br/>
        <w:t xml:space="preserve">        requestMap.put("sign", LiveSignUtil.getSign(requestMap, appSecret));</w:t>
        <w:br/>
        <w:t xml:space="preserve">        url = MapUtil.appendUrl(url, requestMap);</w:t>
        <w:br/>
        <w:t xml:space="preserve">        String response = HttpUtil.postFormBody(url, null);</w:t>
        <w:br/>
        <w:t xml:space="preserve">        log.info("测试复制频道信息接口返回值：{}", response);</w:t>
        <w:br/>
        <w:t xml:space="preserve">    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2791462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复制频道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