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获取频道聊天室在线人数接口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1、获取频道聊天室在线人数接口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http://api.polyv.net/live/v3/channel/chat/count-online-user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http://api.polyv.net/live/v3/channel/chat/count-online-user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appId=frlr1zazn3&amp;sign=342122E84F0BD86BF217F1A46942D79D&amp;channelId=2094979&amp;timestamp=1634264231586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返回在线人数，比如 100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获取频道聊天室在线人数接口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testGetChatChannelOnlineCount()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"http://api.polyv.net/live/v3/channel/chat/count-online-user";</w:t>
        <w:br/>
        <w:t xml:space="preserve">    String channelId = "2094979";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log.info("测试获取频道聊天室在线人数接口，返回值：{}",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100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获取频道聊天室在线人数接口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