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批量修改频道弹幕开关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1、批量修改频道弹幕开关</w:t>
        <w:br/>
        <w:t>2、调用后频道会关闭掉通用设置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http://api.polyv.net/live/v3/channel/basic/batchUpdateDanmu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closeDanmu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是否关闭弹幕功能Y：表示关闭N：表示开启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showDanmuInfoEnabled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是否显示弹幕信息开关，Y：表示显示N：表示不显示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需要修改弹幕开关的频道号，多个频道号用半角逗号 , 隔开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http://api.polyv.net/live/v3/channel/basic/batchUpdateDanmu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closeDanmu=Y&amp;showDanmuInfoEnabled=N&amp;appId=xxxxx&amp;sign=46D2EA10829A84BDF52DAF2ABA0C5507&amp;channelIds=2191541,2191542&amp;timestamp=1621840828944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成功或失败都返回空字符串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修改直播推流方式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testBatchUpdateDanmu()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"http://api.polyv.net/live/v3/channel/basic/batchUpdateDanmu";</w:t>
        <w:br/>
        <w:t xml:space="preserve">    String channelIds = "2191541,2191542";</w:t>
        <w:br/>
        <w:t xml:space="preserve">    String closeDanmu = "Y";</w:t>
        <w:br/>
        <w:t xml:space="preserve">    String showDanmuInfoEnabled = "N";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requestMap.put("closeDanmu", closeDanmu);</w:t>
        <w:br/>
        <w:t xml:space="preserve">    requestMap.put("showDanmuInfoEnabled", showDanmuInfoEnabled);</w:t>
        <w:br/>
        <w:t xml:space="preserve">    requestMap.put("channelIds", channelIds);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log.info("批量修改频道弹幕开关，返回值：{}",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"",</w:t>
        <w:br/>
        <w:t xml:space="preserve">  "data": "success"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"invalid signature.",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批量修改频道弹幕开关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