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1、批量创建直播频道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http://api.polyv.net/live/v3/channel/basic/batch-create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频道列表，每次最多创建100个频道【详见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课程号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是否为接收转播频道，不填或者填其他值为发起转播频道（注：需要开启频道转播功能该参数才生效）Y：表示是N：表示否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是否自动播放，默认1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（注意，如果该值为空，则该频道会使用全局的“功能开关设置”。 如果非空，则会使用频道的“功能开关设置”）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0：自动播放1：手动播放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播放器控制栏颜色，默认：#666666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alone：活动拍摄ppt：三分屏topclass：大班课seminar：研讨会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“查询直播分类”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http://api.polyv.net/live/v3/channel/basic/batch-create?appId=frlr1zazn3&amp;sign=1B76E8026C5F03B92E4725D6835DA57E&amp;timestamp=1636707112481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"channels": [</w:t>
        <w:br/>
        <w:t xml:space="preserve">        {</w:t>
        <w:br/>
        <w:t xml:space="preserve">            "name": "测试批量创建频道2（子账号）",</w:t>
        <w:br/>
        <w:t xml:space="preserve">            "channelPasswd": "Hi826g",</w:t>
        <w:br/>
        <w:t xml:space="preserve">            "subAccount": "test-dev@qq.com",</w:t>
        <w:br/>
        <w:t xml:space="preserve">            "categoryId": 391352</w:t>
        <w:br/>
        <w:t xml:space="preserve">        },</w:t>
        <w:br/>
        <w:t xml:space="preserve">        {</w:t>
        <w:br/>
        <w:t xml:space="preserve">            "name": "测试批量创建频道2（主账号）",</w:t>
        <w:br/>
        <w:t xml:space="preserve">            "channelPasswd": "Hi826g",</w:t>
        <w:br/>
        <w:t xml:space="preserve">            "autoPlay": 0,</w:t>
        <w:br/>
        <w:t xml:space="preserve">            "playerColor": "#454545",</w:t>
        <w:br/>
        <w:t xml:space="preserve">            "scene": "ppt",</w:t>
        <w:br/>
        <w:t xml:space="preserve">            "categoryId": 391352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响应成功时返回批量频道信息【详见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频道内容列表数组【详见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Logo不透明度1：表示完全不透明0：表示完全透明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logo位置tr1：左上tr：右上b1：左下br：右下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片头广告NONE：无广告IMAGE：图片FLV：视频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播放器控制栏颜色，例如 #666666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Y：音频模式N：普通模式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直播场景alone：活动拍摄ppt：三分屏topclass：大班课seminar：研讨会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连麦人数，-1：使用账号连麦分数，0-16：代表连麦人数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是否是纯rtc拉流Y：是N：否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频道类型发起转播：transmit接收转播：receive普通频道：normal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当前时间戳（毫秒）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批量创建频道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testBatchCreateChannels()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"http://api.polyv.net/live/v3/channel/basic/batch-create";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password = getRandomString(6);</w:t>
        <w:br/>
        <w:t xml:space="preserve">    String json = "{\"channels\":[{\"name\":\"测试批量创建频道2（子账号）\",\"channelPasswd\":\"%s\"," +</w:t>
        <w:br/>
        <w:t xml:space="preserve">    "\"subAccount\":\"test-dev@qq.com\",\"categoryId\":391352},{\"name\":\"测试批量创建频道2（主账号）\"," +</w:t>
        <w:br/>
        <w:t xml:space="preserve">    "\"channelPasswd\":\"%s\",\"autoPlay\":0,\"playerColor\":\"#454545\",\"scene\":\"ppt\"," +</w:t>
        <w:br/>
        <w:t xml:space="preserve">    "\"categoryId\":391352}]}";</w:t>
        <w:br/>
        <w:t xml:space="preserve">    json = String.format(json, password, password);</w:t>
        <w:br/>
        <w:t xml:space="preserve">    String response = HttpUtil.postJsonBody(url, json, null);</w:t>
        <w:br/>
        <w:t xml:space="preserve">    log.info("测试批量创建频道，返回值：{}",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"channels": [</w:t>
        <w:br/>
        <w:t xml:space="preserve">            {</w:t>
        <w:br/>
        <w:t xml:space="preserve">                "channelId": 2671471,</w:t>
        <w:br/>
        <w:t xml:space="preserve">                "userId": "1b448be323",</w:t>
        <w:br/>
        <w:t xml:space="preserve">                "name": "测试批量创建频道2（子账号）",</w:t>
        <w:br/>
        <w:t xml:space="preserve">                "publisher": "主持人",</w:t>
        <w:br/>
        <w:t xml:space="preserve">                "description": "",</w:t>
        <w:br/>
        <w:t xml:space="preserve">                "url": "rtmp://push-d1.videocc.net/recordf/1b448be3231636707115007c115?auth_key=1636708917-0-0-355f0b98f5f93ddc588fcd7770fe07fa",</w:t>
        <w:br/>
        <w:t xml:space="preserve">                "stream": "1b448be3231636707115007c115",</w:t>
        <w:br/>
        <w:t xml:space="preserve">                "logoImage": "https://liveimages.videocc.net/uploaded/images/2021/04/fy3ce1e8uh.png",</w:t>
        <w:br/>
        <w:t xml:space="preserve">                "logoOpacity": 0.37,</w:t>
        <w:br/>
        <w:t xml:space="preserve">                "logoPosition": "tr",</w:t>
        <w:br/>
        <w:t xml:space="preserve">                "logoHref": "",</w:t>
        <w:br/>
        <w:t xml:space="preserve">                "coverImage": "",</w:t>
        <w:br/>
        <w:t xml:space="preserve">                "coverHref": "",</w:t>
        <w:br/>
        <w:t xml:space="preserve">                "waitImage": "",</w:t>
        <w:br/>
        <w:t xml:space="preserve">                "waitHref": "",</w:t>
        <w:br/>
        <w:t xml:space="preserve">                "cutoffImage": "",</w:t>
        <w:br/>
        <w:t xml:space="preserve">                "cutoffHref": "",</w:t>
        <w:br/>
        <w:t xml:space="preserve">                "advertType": "NONE",</w:t>
        <w:br/>
        <w:t xml:space="preserve">                "advertDuration": 0,</w:t>
        <w:br/>
        <w:t xml:space="preserve">                "advertWidth": 0,</w:t>
        <w:br/>
        <w:t xml:space="preserve">                "advertHeight": 0,</w:t>
        <w:br/>
        <w:t xml:space="preserve">                "advertImage": "",</w:t>
        <w:br/>
        <w:t xml:space="preserve">                "advertHref": "",</w:t>
        <w:br/>
        <w:t xml:space="preserve">                "advertFlvVid": "",</w:t>
        <w:br/>
        <w:t xml:space="preserve">                "advertFlvUrl": "",</w:t>
        <w:br/>
        <w:t xml:space="preserve">                "playerColor": "#666666",</w:t>
        <w:br/>
        <w:t xml:space="preserve">                "autoPlay": false,</w:t>
        <w:br/>
        <w:t xml:space="preserve">                "warmUpFlv": "",</w:t>
        <w:br/>
        <w:t xml:space="preserve">                "passwdRestrict": false,</w:t>
        <w:br/>
        <w:t xml:space="preserve">                "passwdEncrypted": "",</w:t>
        <w:br/>
        <w:t xml:space="preserve">                "isOnlyAudio": "N",</w:t>
        <w:br/>
        <w:t xml:space="preserve">                "isLowLatency": "N",</w:t>
        <w:br/>
        <w:t xml:space="preserve">                "m3u8Url": "http://pull-d1.videocc.net/recordf/1b448be3231636707115007c115.m3u8?auth_key=1636707117-0-0-3dc1259df0643a2dc9c61c40b9d17c44",</w:t>
        <w:br/>
        <w:t xml:space="preserve">                "m3u8Url1": "",</w:t>
        <w:br/>
        <w:t xml:space="preserve">                "m3u8Url2": "",</w:t>
        <w:br/>
        <w:t xml:space="preserve">                "m3u8Url3": "",</w:t>
        <w:br/>
        <w:t xml:space="preserve">                "channelLogoImage": "https://liveimages.videocc.net/assets/wimages/pc_images/logo.png",</w:t>
        <w:br/>
        <w:t xml:space="preserve">                "scene": "alone",</w:t>
        <w:br/>
        <w:t xml:space="preserve">                "channelViewerPasswd": null,</w:t>
        <w:br/>
        <w:t xml:space="preserve">                "channelPasswd": "Hi826g",</w:t>
        <w:br/>
        <w:t xml:space="preserve">                "linkMicLimit": 16,</w:t>
        <w:br/>
        <w:t xml:space="preserve">                "streamType": "client",</w:t>
        <w:br/>
        <w:t xml:space="preserve">                "pureRtcEnabled": "N",</w:t>
        <w:br/>
        <w:t xml:space="preserve">                "type": "normal",</w:t>
        <w:br/>
        <w:t xml:space="preserve">                "cnAndEnLiveEnabled": "N",</w:t>
        <w:br/>
        <w:t xml:space="preserve">                "pushEnUrl": null,</w:t>
        <w:br/>
        <w:t xml:space="preserve">                "closeDanmu": "N",</w:t>
        <w:br/>
        <w:t xml:space="preserve">                "currentTimeMillis": 1636707119516</w:t>
        <w:br/>
        <w:t xml:space="preserve">            },</w:t>
        <w:br/>
        <w:t xml:space="preserve">            {</w:t>
        <w:br/>
        <w:t xml:space="preserve">                "channelId": 2671472,</w:t>
        <w:br/>
        <w:t xml:space="preserve">                "userId": "1b448be323",</w:t>
        <w:br/>
        <w:t xml:space="preserve">                "name": "测试批量创建频道2（主账号）",</w:t>
        <w:br/>
        <w:t xml:space="preserve">                "publisher": "主持人",</w:t>
        <w:br/>
        <w:t xml:space="preserve">                "description": "",</w:t>
        <w:br/>
        <w:t xml:space="preserve">                "url": "rtmp://push-d1.videocc.net/recordf/1b448be32316367071173751967?auth_key=1636708919-0-0-2b2602020d19528b19d6374b12fe9263",</w:t>
        <w:br/>
        <w:t xml:space="preserve">                "stream": "1b448be32316367071173751967",</w:t>
        <w:br/>
        <w:t xml:space="preserve">                "logoImage": "https://liveimages.videocc.net/uploaded/images/2021/04/fy3ce1e8uh.png",</w:t>
        <w:br/>
        <w:t xml:space="preserve">                "logoOpacity": 0.37,</w:t>
        <w:br/>
        <w:t xml:space="preserve">                "logoPosition": "tr",</w:t>
        <w:br/>
        <w:t xml:space="preserve">                "logoHref": "",</w:t>
        <w:br/>
        <w:t xml:space="preserve">                "coverImage": "",</w:t>
        <w:br/>
        <w:t xml:space="preserve">                "coverHref": "",</w:t>
        <w:br/>
        <w:t xml:space="preserve">                "waitImage": "",</w:t>
        <w:br/>
        <w:t xml:space="preserve">                "waitHref": "",</w:t>
        <w:br/>
        <w:t xml:space="preserve">                "cutoffImage": "",</w:t>
        <w:br/>
        <w:t xml:space="preserve">                "cutoffHref": "",</w:t>
        <w:br/>
        <w:t xml:space="preserve">                "advertType": "NONE",</w:t>
        <w:br/>
        <w:t xml:space="preserve">                "advertDuration": 0,</w:t>
        <w:br/>
        <w:t xml:space="preserve">                "advertWidth": 0,</w:t>
        <w:br/>
        <w:t xml:space="preserve">                "advertHeight": 0,</w:t>
        <w:br/>
        <w:t xml:space="preserve">                "advertImage": "",</w:t>
        <w:br/>
        <w:t xml:space="preserve">                "advertHref": "",</w:t>
        <w:br/>
        <w:t xml:space="preserve">                "advertFlvVid": "",</w:t>
        <w:br/>
        <w:t xml:space="preserve">                "advertFlvUrl": "",</w:t>
        <w:br/>
        <w:t xml:space="preserve">                "playerColor": "#666666",</w:t>
        <w:br/>
        <w:t xml:space="preserve">                "autoPlay": false,</w:t>
        <w:br/>
        <w:t xml:space="preserve">                "warmUpFlv": "",</w:t>
        <w:br/>
        <w:t xml:space="preserve">                "passwdRestrict": false,</w:t>
        <w:br/>
        <w:t xml:space="preserve">                "passwdEncrypted": "",</w:t>
        <w:br/>
        <w:t xml:space="preserve">                "isOnlyAudio": "N",</w:t>
        <w:br/>
        <w:t xml:space="preserve">                "isLowLatency": "N",</w:t>
        <w:br/>
        <w:t xml:space="preserve">                "m3u8Url": "http://pull-d1.videocc.net/recordf/1b448be32316367071173751967.m3u8?auth_key=1636707119-0-0-19617586a7f61654216cce2c4827cebc",</w:t>
        <w:br/>
        <w:t xml:space="preserve">                "m3u8Url1": "",</w:t>
        <w:br/>
        <w:t xml:space="preserve">                "m3u8Url2": "",</w:t>
        <w:br/>
        <w:t xml:space="preserve">                "m3u8Url3": "",</w:t>
        <w:br/>
        <w:t xml:space="preserve">                "channelLogoImage": "https://liveimages.videocc.net/assets/wimages/pc_images/logo.png",</w:t>
        <w:br/>
        <w:t xml:space="preserve">                "scene": "ppt",</w:t>
        <w:br/>
        <w:t xml:space="preserve">                "channelViewerPasswd": null,</w:t>
        <w:br/>
        <w:t xml:space="preserve">                "channelPasswd": "Hi826g",</w:t>
        <w:br/>
        <w:t xml:space="preserve">                "linkMicLimit": 16,</w:t>
        <w:br/>
        <w:t xml:space="preserve">                "streamType": "client",</w:t>
        <w:br/>
        <w:t xml:space="preserve">                "pureRtcEnabled": "N",</w:t>
        <w:br/>
        <w:t xml:space="preserve">                "type": "normal",</w:t>
        <w:br/>
        <w:t xml:space="preserve">                "cnAndEnLiveEnabled": "N",</w:t>
        <w:br/>
        <w:t xml:space="preserve">                "pushEnUrl": null,</w:t>
        <w:br/>
        <w:t xml:space="preserve">                "closeDanmu": "N",</w:t>
        <w:br/>
        <w:t xml:space="preserve">                "currentTimeMillis": 1636707119516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