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批量创建角色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1、批量创建角色，角色包括Guest(嘉宾)、Assistant(助教)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http://api.polyv.net/live/v3/channel/account/batch-create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2、每个直播频道最多可以创建150个助教，嘉宾最大数量为16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3、创建嘉宾需要设置频道连麦人数，开启连麦功能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角色类型，默认为助教，Assistant：助教，Guest：嘉宾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创建的助教或嘉宾头像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http://api.polyv.net/live/v3/channel/account/batch-create?appId=frlr1zazn3&amp;sign=7D0C4520C6968C948EFA7B5B912FB979&amp;channelId=2191569&amp;timestamp=1621841813383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[{</w:t>
        <w:br/>
        <w:tab/>
        <w:tab/>
        <w:t>"role": "Guest",</w:t>
        <w:br/>
        <w:tab/>
        <w:tab/>
        <w:t>"nickname": "嘉宾",</w:t>
        <w:br/>
        <w:tab/>
        <w:tab/>
        <w:t>"passwd": 123456</w:t>
        <w:br/>
        <w:tab/>
        <w:t>},</w:t>
        <w:br/>
        <w:tab/>
        <w:t>{</w:t>
        <w:br/>
        <w:tab/>
        <w:tab/>
        <w:t>"role": "Assistant",</w:t>
        <w:br/>
        <w:tab/>
        <w:tab/>
        <w:t>"nickname": "助教",</w:t>
        <w:br/>
        <w:tab/>
        <w:tab/>
        <w:t>"passwd": 123456</w:t>
        <w:br/>
        <w:tab/>
        <w:t>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响应成功时返回角色信息【详见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角色流名（单独使用无效）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助教翻页权限（只能一个助教有）Y：开启N：关闭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开启签到权限Y：开启N：关闭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发起投票权限Y：开启N：关闭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是否拥有抽奖权限Y：开启N：关闭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助教页在线列表显示开关Y：开启N：关闭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助教聊天审核权限Y：开启N：关闭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监播权限开关Y：开启N：关闭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roundTourEnabled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助教轮巡权限开关Y：开启N：关闭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watchLockEnabled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锁定直播间权限Y：开启N：关闭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子账号（嘉宾）登录地址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批量创建角色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testBatchCreate()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url="http://api.polyv.net/live/v3/channel/account/batch-create";</w:t>
        <w:br/>
        <w:t xml:space="preserve">    String channelId="2191569";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json = "[{\"role\":\"Guest\",\"nickname\":\"嘉宾\",\"passwd\":123456},{\"role\":\"Assistant\",\"nickname\":\"助教\",\"passwd\":123456}]";</w:t>
        <w:br/>
        <w:t xml:space="preserve">    url = HttpUtil.appendUrl(url,requestMap);</w:t>
        <w:br/>
        <w:t xml:space="preserve">    String response= HttpUtil.postJsonBody(url,json,null);</w:t>
        <w:br/>
        <w:t xml:space="preserve">    log.info("测试批量创建角色，返回值：{}",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"account":"0052191569",</w:t>
        <w:br/>
        <w:t xml:space="preserve">            "userId":"1b448be323",</w:t>
        <w:br/>
        <w:t xml:space="preserve">            "channelId":2191569,</w:t>
        <w:br/>
        <w:t xml:space="preserve">            "passwd":"******",</w:t>
        <w:br/>
        <w:t xml:space="preserve">            "nickname":"嘉宾",</w:t>
        <w:br/>
        <w:t xml:space="preserve">            "stream":"kmd6qbz0",</w:t>
        <w:br/>
        <w:t xml:space="preserve">            "status":"Y",</w:t>
        <w:br/>
        <w:t xml:space="preserve">            "createdTime":1615969860000,</w:t>
        <w:br/>
        <w:t xml:space="preserve">            "lastModified":1615969860000,</w:t>
        <w:br/>
        <w:t xml:space="preserve">            "channelSessionId":null,</w:t>
        <w:br/>
        <w:t xml:space="preserve">            "sort":5,</w:t>
        <w:br/>
        <w:t xml:space="preserve">            "avatar":"//s1.videocc.net/default-img/avatar/guest.png",</w:t>
        <w:br/>
        <w:t xml:space="preserve">            "actor":"嘉宾",</w:t>
        <w:br/>
        <w:t xml:space="preserve">            "pageTurnEnabled":"N",</w:t>
        <w:br/>
        <w:t xml:space="preserve">            "notifyEnabled":"N",</w:t>
        <w:br/>
        <w:t xml:space="preserve">            "checkinEnabled":"Y",</w:t>
        <w:br/>
        <w:t xml:space="preserve">            "voteEnabled":"N",</w:t>
        <w:br/>
        <w:t xml:space="preserve">            "lotteryEnabled":"N",</w:t>
        <w:br/>
        <w:t xml:space="preserve">            "role":"Guest",</w:t>
        <w:br/>
        <w:t xml:space="preserve">            "chatListEnabled":"Y",</w:t>
        <w:br/>
        <w:t xml:space="preserve">            "chatAuditEnabled":"N",</w:t>
        <w:br/>
        <w:t xml:space="preserve">            "monitorEnabled":"N",</w:t>
        <w:br/>
        <w:t xml:space="preserve">            "roundTourEnabled":"N",</w:t>
        <w:br/>
        <w:t xml:space="preserve">            "watchLockEnabled":"N",</w:t>
        <w:br/>
        <w:t xml:space="preserve">            "loginUrl":null</w:t>
        <w:br/>
        <w:t xml:space="preserve">        },</w:t>
        <w:br/>
        <w:t xml:space="preserve">        {</w:t>
        <w:br/>
        <w:t xml:space="preserve">            "account":"0062191569",</w:t>
        <w:br/>
        <w:t xml:space="preserve">            "userId":"1b448be323",</w:t>
        <w:br/>
        <w:t xml:space="preserve">            "channelId":2191569,</w:t>
        <w:br/>
        <w:t xml:space="preserve">            "passwd":"******",</w:t>
        <w:br/>
        <w:t xml:space="preserve">            "nickname":"助教",</w:t>
        <w:br/>
        <w:t xml:space="preserve">            "stream":"kmd6qbz3",</w:t>
        <w:br/>
        <w:t xml:space="preserve">            "status":"Y",</w:t>
        <w:br/>
        <w:t xml:space="preserve">            "createdTime":1615969860000,</w:t>
        <w:br/>
        <w:t xml:space="preserve">            "lastModified":1615969860000,</w:t>
        <w:br/>
        <w:t xml:space="preserve">            "channelSessionId":null,</w:t>
        <w:br/>
        <w:t xml:space="preserve">            "sort":6,</w:t>
        <w:br/>
        <w:t xml:space="preserve">            "avatar":"//s1.videocc.net/default-img/avatar/assistant.png",</w:t>
        <w:br/>
        <w:t xml:space="preserve">            "actor":"助教",</w:t>
        <w:br/>
        <w:t xml:space="preserve">            "pageTurnEnabled":"N",</w:t>
        <w:br/>
        <w:t xml:space="preserve">            "notifyEnabled":"Y",</w:t>
        <w:br/>
        <w:t xml:space="preserve">            "checkinEnabled":"Y",</w:t>
        <w:br/>
        <w:t xml:space="preserve">            "voteEnabled":"Y",</w:t>
        <w:br/>
        <w:t xml:space="preserve">            "lotteryEnabled":"Y",</w:t>
        <w:br/>
        <w:t xml:space="preserve">            "role":"Assistant",</w:t>
        <w:br/>
        <w:t xml:space="preserve">            "chatListEnabled":"Y",</w:t>
        <w:br/>
        <w:t xml:space="preserve">            "chatAuditEnabled":"N",</w:t>
        <w:br/>
        <w:t xml:space="preserve">            "monitorEnabled":"N",</w:t>
        <w:br/>
        <w:t xml:space="preserve">            "roundTourEnabled":"N",</w:t>
        <w:br/>
        <w:t xml:space="preserve">            "watchLockEnabled":"N",</w:t>
        <w:br/>
        <w:t xml:space="preserve">            "loginUrl":null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批量创建角色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