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批量创建接收转播的频道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1、根据发起转播的频道，批量创建接收转播的频道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http://api.polyv.net/live/v3/channel/transmit/batch-create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2、最大支持一次性创建100个接收转播的频道，发起转播的频道最多支持500个接收转播的频道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频道号（发起转播的频道号）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接收转播的频道名称列表，例：["保利威接收转播测试频道"]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http://api.polyv.net/live/v3/channel/transmit/batch-create?appId=frlr1zazn3&amp;sign=D02FA683640135D843D485EE84F6632A&amp;channelId=2588188&amp;timestamp=1632809855078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"接收转播频道1",</w:t>
        <w:br/>
        <w:t xml:space="preserve">    "接收转播频道2"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成功创建的接收转播的频道信息列表【详见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ChannelInfo参数描述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频道观看条件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频道是否开启回放，Y:开启，N:关闭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频道推流方式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debugEnabled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频道是否开启调试，Y:开启，N:关闭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频道流名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频道所在分类Id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频道所在分类名称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isSmallClass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频道是否为小班课，Y:开启，N:关闭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频道直播场景，和发起转播的频道一致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频道直播模板，和发起转播的频道一致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频道封面图片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频道类型，transmit：发起转播，normal：普通的频道，receive：接收转播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频道引导图开关，Y:开启，N:关闭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频道无延迟直播开关，Y:开启，N:关闭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频道分房间信息，没有则返回null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testBatchCreateTransmitChannel()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"http://api.polyv.net/live/v3/channel/transmit/batch-create";</w:t>
        <w:br/>
        <w:t xml:space="preserve">        String channelId = "2588188";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requestMap.put("channelId", channelId);</w:t>
        <w:br/>
        <w:t xml:space="preserve">        requestMap.put("sign", LiveSignUtil.getSign(requestMap, appSecret));</w:t>
        <w:br/>
        <w:t xml:space="preserve">        url = HttpUtil.appendUrl(url,requestMap);</w:t>
        <w:br/>
        <w:br/>
        <w:t xml:space="preserve">        List&lt;String&gt; list = new ArrayList&lt;&gt;();</w:t>
        <w:br/>
        <w:t xml:space="preserve">        list.add("接收转播频道1");</w:t>
        <w:br/>
        <w:t xml:space="preserve">        list.add("接收转播频道2");</w:t>
        <w:br/>
        <w:br/>
        <w:t xml:space="preserve">        String json= JSON.toJSONString(list);</w:t>
        <w:br/>
        <w:t xml:space="preserve">        String response = HttpUtil.postJsonBody(url, json,null);</w:t>
        <w:br/>
        <w:t xml:space="preserve">        log.info("测试修改频道信息，返回值：{}",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"channelId": 2588440,</w:t>
        <w:br/>
        <w:t xml:space="preserve">            "name": "接收转播频道1",</w:t>
        <w:br/>
        <w:t xml:space="preserve">            "channelPasswd": "8pWtmd",</w:t>
        <w:br/>
        <w:t xml:space="preserve">            "authType": "phone",</w:t>
        <w:br/>
        <w:t xml:space="preserve">            "streamType": "client",</w:t>
        <w:br/>
        <w:t xml:space="preserve">            "debugEnabled": "N",</w:t>
        <w:br/>
        <w:t xml:space="preserve">            "playBackEnabled": "N",</w:t>
        <w:br/>
        <w:t xml:space="preserve">            "stream": "1b448be3231632809860172afac",</w:t>
        <w:br/>
        <w:t xml:space="preserve">            "status": "客户端推流/直播结束",</w:t>
        <w:br/>
        <w:t xml:space="preserve">            "categoryId": 340019,</w:t>
        <w:br/>
        <w:t xml:space="preserve">            "categoryName": "默认分类",</w:t>
        <w:br/>
        <w:t xml:space="preserve">            "isSmallClass": "N",</w:t>
        <w:br/>
        <w:t xml:space="preserve">            "scene": "ppt",</w:t>
        <w:br/>
        <w:t xml:space="preserve">            "newScene": null,</w:t>
        <w:br/>
        <w:t xml:space="preserve">            "template": null,</w:t>
        <w:br/>
        <w:t xml:space="preserve">            "createdTime": 1632809860000,</w:t>
        <w:br/>
        <w:t xml:space="preserve">            "appId": null,</w:t>
        <w:br/>
        <w:t xml:space="preserve">            "coverImage": "",</w:t>
        <w:br/>
        <w:t xml:space="preserve">            "type": "receive",</w:t>
        <w:br/>
        <w:t xml:space="preserve">            "startTime": null,</w:t>
        <w:br/>
        <w:t xml:space="preserve">            "publisher": "主持人",</w:t>
        <w:br/>
        <w:t xml:space="preserve">            "channelLogo": null,</w:t>
        <w:br/>
        <w:t xml:space="preserve">            "splashImg": "//liveimages.videocc.net/uploaded/images/2021/09/g2bta2pjbw.jpg",</w:t>
        <w:br/>
        <w:t xml:space="preserve">            "splashEnabled": "Y",</w:t>
        <w:br/>
        <w:t xml:space="preserve">            "pureRtcEnabled": "N",</w:t>
        <w:br/>
        <w:t xml:space="preserve">            "watchTimes": null,</w:t>
        <w:br/>
        <w:t xml:space="preserve">            "roomIds": null,</w:t>
        <w:br/>
        <w:t xml:space="preserve">            "transmitType": null,</w:t>
        <w:br/>
        <w:t xml:space="preserve">            "rtcType": null,</w:t>
        <w:br/>
        <w:t xml:space="preserve">            "channelSessionId": null,</w:t>
        <w:br/>
        <w:t xml:space="preserve">            "lastPushStreamTime": null</w:t>
        <w:br/>
        <w:t xml:space="preserve">        },</w:t>
        <w:br/>
        <w:t xml:space="preserve">        {</w:t>
        <w:br/>
        <w:t xml:space="preserve">            "channelId": 2588441,</w:t>
        <w:br/>
        <w:t xml:space="preserve">            "name": "接收转播频道2",</w:t>
        <w:br/>
        <w:t xml:space="preserve">            "channelPasswd": "8pWtmd",</w:t>
        <w:br/>
        <w:t xml:space="preserve">            "authType": "phone",</w:t>
        <w:br/>
        <w:t xml:space="preserve">            "streamType": "client",</w:t>
        <w:br/>
        <w:t xml:space="preserve">            "debugEnabled": "N",</w:t>
        <w:br/>
        <w:t xml:space="preserve">            "playBackEnabled": "N",</w:t>
        <w:br/>
        <w:t xml:space="preserve">            "stream": "1b448be323163280986017418fb",</w:t>
        <w:br/>
        <w:t xml:space="preserve">            "status": "客户端推流/直播结束",</w:t>
        <w:br/>
        <w:t xml:space="preserve">            "categoryId": 340019,</w:t>
        <w:br/>
        <w:t xml:space="preserve">            "categoryName": "默认分类",</w:t>
        <w:br/>
        <w:t xml:space="preserve">            "isSmallClass": "N",</w:t>
        <w:br/>
        <w:t xml:space="preserve">            "scene": "ppt",</w:t>
        <w:br/>
        <w:t xml:space="preserve">            "newScene": null,</w:t>
        <w:br/>
        <w:t xml:space="preserve">            "template": null,</w:t>
        <w:br/>
        <w:t xml:space="preserve">            "createdTime": 1632809860000,</w:t>
        <w:br/>
        <w:t xml:space="preserve">            "appId": null,</w:t>
        <w:br/>
        <w:t xml:space="preserve">            "coverImage": "",</w:t>
        <w:br/>
        <w:t xml:space="preserve">            "type": "receive",</w:t>
        <w:br/>
        <w:t xml:space="preserve">            "startTime": null,</w:t>
        <w:br/>
        <w:t xml:space="preserve">            "publisher": "主持人",</w:t>
        <w:br/>
        <w:t xml:space="preserve">            "channelLogo": null,</w:t>
        <w:br/>
        <w:t xml:space="preserve">            "splashImg": "//liveimages.videocc.net/uploaded/images/2021/09/g2bta2pjbw.jpg",</w:t>
        <w:br/>
        <w:t xml:space="preserve">            "splashEnabled": "Y",</w:t>
        <w:br/>
        <w:t xml:space="preserve">            "pureRtcEnabled": "N",</w:t>
        <w:br/>
        <w:t xml:space="preserve">            "watchTimes": null,</w:t>
        <w:br/>
        <w:t xml:space="preserve">            "roomIds": null,</w:t>
        <w:br/>
        <w:t xml:space="preserve">            "transmitType": null,</w:t>
        <w:br/>
        <w:t xml:space="preserve">            "rtcType": null,</w:t>
        <w:br/>
        <w:t xml:space="preserve">            "channelSessionId": null,</w:t>
        <w:br/>
        <w:t xml:space="preserve">            "lastPushStreamTime": null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批量创建接收转播的频道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