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创建单个频道(旧版)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1、创建频道并进行相关设置</w:t>
        <w:br/>
        <w:t>2、（timestamp,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http://api.polyv.net/live/v3/channel/basic/create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basicSetting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基础设置【详见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basicSetting字段说明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authSettings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观看条件设置【详见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authSettings字段说明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playbackSetting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回放设置【详见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playbackSetting字段说明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讲师设置【详见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teacher字段说明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角色设置【详见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roles字段说明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basicSetting参数描述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频道密码，长度不能超过16位，必须同时包含字母和数字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autoPlay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是否自动播放0：不自动播放1：自动播放，默认1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播放器控制栏颜色，默认：#666666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直播场景alone：活动拍摄ppt：三分屏topclass：大班课seminar：研讨会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新建频道的所属分类，如果不提交，则为默认分类（分类ID可通过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“查询直播分类”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接口得到）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最大同时在线人数，0和-1表示不限制观看人数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直播介绍的内容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连麦人数，最大16人（范围大于等于-1，小于等于全局设置的连麦人数），-1：使用全局设置的连麦人数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pureRtcEnabled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是否为无延时直播，默认为NY：是N：否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是否为接收转播频道，不填或者填其他值为发起转播频道（注：需要开启频道转播功能该参数才生效）Y：表示是N：表示否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接收转播频道号，多个频道号用半角逗号，隔开，如果receive参数值为Y时，此参数无效（注：需要开启频道转播功能该参数才生效）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onlyOneLiveEnabled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频道是否只能直播一次，默认为N Y：是N：否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封面图片地址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引导页开关，默认为N Y：是N：否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引导图地址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likes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点赞数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累积观看数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closeDanmu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是否关闭弹幕功能的开关，Y：表示关闭N：表示不关闭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showDanmuInfoEnabled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是否显示弹幕信息开关，Y：表示显示N：表示不显示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subAccount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子账号邮箱，填写时频道会创建在该子账号下（子账号不能被删除或者禁用），暂无法通过接口获取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authSettings参数描述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主要观看条件为1，次要观看条件为2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是否开启条件观看N：关闭Y：开启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pay：付费观看code：验证码观看info：登记观看custom：自定义授权观看external：外部授权观看direct：独立授权观看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当authType为pay时，设置参数，必填。欢迎语标题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当authType为pay时，设置参数，必填。价格，单位为元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当authType为pay时，设置参数，非必填。付费有效截止日期，格式：yyyy-MM-dd HH:mm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validTimePeriod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当authType为pay时，设置参数，非必填。付费有效时长，单位天。当watchEndTime和validTimePeriod都为空时，表示付费永久有效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当authType为code时，设置参数，必填。验证码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当authType为code时，设置参数，非必填。提示文案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当authType为code时，设置参数，非必填。公众号二维码地址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infoFields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当authType为info时，设置参数，必填。登记观看信息，上限为5个【详见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infoFields字段说明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当authType为external时，设置参数，必填。SecretKey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当authType为external时，设置参数，必填。自定义url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externalRedirectUri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当authType为external时，设置参数，非必填。跳转地址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当authType为custom时，设置参数，必填。SecretKey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当authType为custom时，设置参数，必填。自定义url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当authType为direct时，设置参数，必填。独立授权SecretKey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InfoField参数描述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当authType为info时，设置参数，非必填。登记信息名，最多为8字符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当authType为info时，设置参数，必填。登记类型name：姓名text：文本mobile：手机号码number：数字option：下拉选项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当authType为info时，设置参数，非必填。下拉选项时，下拉的选项值，以英文逗号分割。选项个数上限为8个；选项内容最多为8字符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placeholder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当authType为info时，设置参数，非必填。文本框输入提示，最多为8字符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sms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当authType为info时，设置参数，非必填。短信验证开关，Y：开启，N：关闭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playbackSetting参数描述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globalSettingEnabled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是否应用通用设置Y：是N：否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回放方式single：单个回放list：列表回放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回放来源record：暂存playback：回放列表vod：点播列表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单个回放的视频id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teacher参数描述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讲师昵称，长度1~8位，默认为讲师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讲师头衔，长度1~8位，默认为讲师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讲师密码（和basicSetting.channelPasswd说明一致，此处可不设置）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头像图片地址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roles参数描述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角色昵称，长度1~8位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角色头衔，长度1~8位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角色密码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头像图片地址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角色类型Assistant-助教Guest-嘉宾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http://api.polyv.net/live/v3/channel/basic/create?appId=frlr1zazn3&amp;sign=A4433D6B4C9E5F34415EBACA2F206DDE&amp;timestamp=1636706861620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"basicSetting": {</w:t>
        <w:br/>
        <w:t xml:space="preserve">        "name": "测试子账号创建频道",</w:t>
        <w:br/>
        <w:t xml:space="preserve">        "channelPasswd": "j12dno3a12",</w:t>
        <w:br/>
        <w:t xml:space="preserve">        "maxViewer": 20,</w:t>
        <w:br/>
        <w:t xml:space="preserve">        "subAccount": "test-dev@qq.com",</w:t>
        <w:br/>
        <w:t xml:space="preserve">        "categoryId": 391352</w:t>
        <w:br/>
        <w:t xml:space="preserve">    },</w:t>
        <w:br/>
        <w:t xml:space="preserve">    "authSettings": [</w:t>
        <w:br/>
        <w:t xml:space="preserve">        {</w:t>
        <w:br/>
        <w:t xml:space="preserve">            "watchEndTime": 1616753886000,</w:t>
        <w:br/>
        <w:t xml:space="preserve">            "rank": 1,</w:t>
        <w:br/>
        <w:t xml:space="preserve">            "enabled": "Y",</w:t>
        <w:br/>
        <w:t xml:space="preserve">            "authType": "external",</w:t>
        <w:br/>
        <w:t xml:space="preserve">            "externalKey": "L0EjokKI4O",</w:t>
        <w:br/>
        <w:t xml:space="preserve">            "externalUri": "http://demo.ipolyv.cn/chenwb/live-validate.php"</w:t>
        <w:br/>
        <w:t xml:space="preserve">        }</w:t>
        <w:br/>
        <w:t xml:space="preserve">    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成功响应时返回频道详细信息【详见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直播推流地址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播放器logo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logoOpacity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Logo不透明度1：表示完全不透明0：表示完全透明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logoPosition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logo位置tr1：左上tr：右上b1：左下br：右下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Logo的跳转链接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播放前显示的封面图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封面图的跳转链接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waitImage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等待推流时的显示图片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waitHref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等待推流时显示图片的跳转链接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cutoffImage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切断流时的显示图片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cutoffHref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切断流时显示图片的跳转链接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片头广告NONE：无广告IMAGE：图片FLV：视频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广告时长（秒）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广告区域宽度（像素）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广告区域高度（像素）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图片广告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广告的跳转链接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advertFlvVid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视频广告ID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advertFlvUrl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视频广告链接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playerColor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播放器控制栏颜色，例如 #666666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autoPlay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是否自动播放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warmUpFlv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暖场视频链接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passwdRestrict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观看密码限制，需要输入观看密码才能播放流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passwdEncrypted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观看密码加密后的密文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isOnlyAudio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Y：音频模式N：普通模式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isLowLatency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低延迟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channelLogoImage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频道图标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直播场景alone：活动拍摄ppt：三分屏topclass：大班课seminar：研讨会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channelViewerPasswd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参与者密码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连麦人数-1：使用账号连麦分数0-16：代表连麦人数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直播方式client：客户端推流pull：拉流thirdpull：第三方拉流disk：伪直播audio：音频直播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pureRtcEnabled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是否为无延时直播，默认为NY：是N：否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频道类型发起转播：transmit接收转播：receive普通频道：normal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cnAndEnLiveEnabled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中英文直播间开关Y：开启N：关闭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pushEnUrl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英文推流地址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currentTimeMillis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当前时间戳（毫秒）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创建单个频道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testBasicCreate()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"http://api.polyv.net/live/v3/channel/basic/create";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requestMap.put("sign", LiveSignUtil.getSign(requestMap, appSecret));</w:t>
        <w:br/>
        <w:t xml:space="preserve">    url = HttpUtil.appendUrl(url, requestMap);</w:t>
        <w:br/>
        <w:t xml:space="preserve">    String json = "{\"basicSetting\":{\"name\":\"测试子账号创建频道\",\"channelPasswd\":\"j12dno3a12\",\"maxViewer\":20," +</w:t>
        <w:br/>
        <w:t xml:space="preserve">    "\"subAccount\":\"test-dev@qq.com\",\"categoryId\":391352}," +</w:t>
        <w:br/>
        <w:t xml:space="preserve">    "\"authSettings\":[{\"watchEndTime\":1616753886000,\"rank\":1,\"enabled\":\"Y\"," +</w:t>
        <w:br/>
        <w:t xml:space="preserve">    "\"authType\":\"external\",\"externalKey\":\"L0EjokKI4O\",\"externalUri\":\"http://demo.polyv" +</w:t>
        <w:br/>
        <w:t xml:space="preserve">    ".net/chenwb/live-validate.php\"}]}";</w:t>
        <w:br/>
        <w:t xml:space="preserve">    String response = HttpUtil.postJsonBody(url, json, null);</w:t>
        <w:br/>
        <w:t xml:space="preserve">    log.info("测试创建单个频道，返回值：{}",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"channelId": 2671450,</w:t>
        <w:br/>
        <w:t xml:space="preserve">        "userId": "1b448be323",</w:t>
        <w:br/>
        <w:t xml:space="preserve">        "name": "测试子账号创建频道",</w:t>
        <w:br/>
        <w:t xml:space="preserve">        "publisher": null,</w:t>
        <w:br/>
        <w:t xml:space="preserve">        "description": "",</w:t>
        <w:br/>
        <w:t xml:space="preserve">        "url": "rtmp://push-d1.videocc.net/recordf/1b448be3231636706865463d4d0?auth_key=1636708667-0-0-a1f63391368503d2c72caa4021588a99",</w:t>
        <w:br/>
        <w:t xml:space="preserve">        "stream": "1b448be3231636706865463d4d0",</w:t>
        <w:br/>
        <w:t xml:space="preserve">        "logoImage": "https://liveimages.videocc.net/uploaded/images/2021/04/fy3ce1e8uh.png",</w:t>
        <w:br/>
        <w:t xml:space="preserve">        "logoOpacity": 0.37,</w:t>
        <w:br/>
        <w:t xml:space="preserve">        "logoPosition": "tr",</w:t>
        <w:br/>
        <w:t xml:space="preserve">        "logoHref": "",</w:t>
        <w:br/>
        <w:t xml:space="preserve">        "coverImage": "",</w:t>
        <w:br/>
        <w:t xml:space="preserve">        "coverHref": "",</w:t>
        <w:br/>
        <w:t xml:space="preserve">        "waitImage": "",</w:t>
        <w:br/>
        <w:t xml:space="preserve">        "waitHref": "",</w:t>
        <w:br/>
        <w:t xml:space="preserve">        "cutoffImage": "",</w:t>
        <w:br/>
        <w:t xml:space="preserve">        "cutoffHref": "",</w:t>
        <w:br/>
        <w:t xml:space="preserve">        "advertType": "NONE",</w:t>
        <w:br/>
        <w:t xml:space="preserve">        "advertDuration": 0,</w:t>
        <w:br/>
        <w:t xml:space="preserve">        "advertWidth": 0,</w:t>
        <w:br/>
        <w:t xml:space="preserve">        "advertHeight": 0,</w:t>
        <w:br/>
        <w:t xml:space="preserve">        "advertImage": "",</w:t>
        <w:br/>
        <w:t xml:space="preserve">        "advertHref": "",</w:t>
        <w:br/>
        <w:t xml:space="preserve">        "advertFlvVid": "",</w:t>
        <w:br/>
        <w:t xml:space="preserve">        "advertFlvUrl": "",</w:t>
        <w:br/>
        <w:t xml:space="preserve">        "playerColor": "#666666",</w:t>
        <w:br/>
        <w:t xml:space="preserve">        "autoPlay": false,</w:t>
        <w:br/>
        <w:t xml:space="preserve">        "warmUpFlv": "",</w:t>
        <w:br/>
        <w:t xml:space="preserve">        "passwdRestrict": false,</w:t>
        <w:br/>
        <w:t xml:space="preserve">        "passwdEncrypted": "",</w:t>
        <w:br/>
        <w:t xml:space="preserve">        "isOnlyAudio": "N",</w:t>
        <w:br/>
        <w:t xml:space="preserve">        "isLowLatency": "N",</w:t>
        <w:br/>
        <w:t xml:space="preserve">        "m3u8Url": "http://pull-d1.videocc.net/recordf/1b448be3231636706865463d4d0.m3u8?auth_key=1636706867-0-0-020d65f5b0ead855eda5220abeb60278",</w:t>
        <w:br/>
        <w:t xml:space="preserve">        "m3u8Url1": "",</w:t>
        <w:br/>
        <w:t xml:space="preserve">        "m3u8Url2": "",</w:t>
        <w:br/>
        <w:t xml:space="preserve">        "m3u8Url3": "",</w:t>
        <w:br/>
        <w:t xml:space="preserve">        "channelLogoImage": null,</w:t>
        <w:br/>
        <w:t xml:space="preserve">        "scene": "alone",</w:t>
        <w:br/>
        <w:t xml:space="preserve">        "channelViewerPasswd": null,</w:t>
        <w:br/>
        <w:t xml:space="preserve">        "channelPasswd": "j12dno3a12",</w:t>
        <w:br/>
        <w:t xml:space="preserve">        "linkMicLimit": 16,</w:t>
        <w:br/>
        <w:t xml:space="preserve">        "streamType": "client",</w:t>
        <w:br/>
        <w:t xml:space="preserve">        "pureRtcEnabled": "N",</w:t>
        <w:br/>
        <w:t xml:space="preserve">        "type": "normal",</w:t>
        <w:br/>
        <w:t xml:space="preserve">        "cnAndEnLiveEnabled": null,</w:t>
        <w:br/>
        <w:t xml:space="preserve">        "pushEnUrl": null,</w:t>
        <w:br/>
        <w:t xml:space="preserve">        "closeDanmu": "N",</w:t>
        <w:br/>
        <w:t xml:space="preserve">        "currentTimeMillis": 1636706867876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创建单个频道(旧版)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