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创建重制课件任务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1、创建重制课件任务，需等候任务队列执行完成，不是实时重制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http://api.polyv.net/live/v3/channel/pptRecord/addRecordTask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在线API调用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POST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账号appId【详见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获取密钥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channelId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频道号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videoId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回放视频id 【videoId可通过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查询视频库列表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获取，支持素材库类型的回放视频】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http://api.polyv.net/live/v3/channel/pptRecord/addRecordTask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表单参数：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appId=frlr1zazn3&amp;sign=F74A5CDE45B30A82A2A617DACA5FF45F&amp;videoId=1b96d90bf5&amp;channelId=2191532&amp;timestamp=1621842070181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响应状态码，200为成功返回，非200为失败【详见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全局错误说明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响应状态文本信息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message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响应描述信息，当code为400或者500的时候，辅助描述错误原因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响应成功时返回true，失败时返回空字符串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创建重制课件任务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testAddRecordTask() throws IOException, NoSuchAlgorithmException {</w:t>
        <w:br/>
        <w:t xml:space="preserve">    //公共参数,填写自己的实际</w:t>
        <w:br/>
        <w:t xml:space="preserve">    String appId = super.appId;</w:t>
        <w:br/>
        <w:t xml:space="preserve">    String appSecret = super.appSecret;</w:t>
        <w:br/>
        <w:t xml:space="preserve">    String userId = super.userId;</w:t>
        <w:br/>
        <w:t xml:space="preserve">    String timestamp = String.valueOf(System.currentTimeMillis());</w:t>
        <w:br/>
        <w:t xml:space="preserve">    //业务参数</w:t>
        <w:br/>
        <w:t xml:space="preserve">    String url = "http://api.polyv.net/live/v3/channel/pptRecord/addRecordTask";</w:t>
        <w:br/>
        <w:t xml:space="preserve">    String channelId = "2191532";</w:t>
        <w:br/>
        <w:t xml:space="preserve">    String videoId = "1b96d90bf5";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requestMap.put("channelId", channelId);</w:t>
        <w:br/>
        <w:t xml:space="preserve">    requestMap.put("videoId", videoId);</w:t>
        <w:br/>
        <w:t xml:space="preserve">    requestMap.put("sign", LiveSignUtil.getSign(requestMap, appSecret));</w:t>
        <w:br/>
        <w:t xml:space="preserve">    String response = HttpUtil.postFormBody(url, requestMap);</w:t>
        <w:br/>
        <w:t xml:space="preserve">    log.info("测试创建重制课件任务，返回值：{}", response);</w:t>
        <w:br/>
        <w:t xml:space="preserve">    //do somethings</w:t>
        <w:br/>
        <w:br/>
        <w:t>}</w:t>
        <w:br/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"code":200,</w:t>
        <w:br/>
        <w:t xml:space="preserve">    "status":"success",</w:t>
        <w:br/>
        <w:t xml:space="preserve">    "message":"",</w:t>
        <w:br/>
        <w:t xml:space="preserve">    "data":true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"message": "invalid signature.",</w:t>
        <w:br/>
        <w:t xml:space="preserve">    "data": ""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创建重制课件任务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