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获取频道hls协议拉流地址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1、获取频道hls协议拉流地址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https://api.polyv.net/live/v3/channel/monitor/hls-pull-url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https://api.polyv.net/live/v3/channel/monitor/hls-pull-url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appId=frlr1zazn3&amp;sign=2A861BD280299A4D7E6FF556C77C88D2&amp;channelId=2149710&amp;timestamp=1621843071824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获取频道hls协议拉流地址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testGetHlsPullUrl()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"http://api.polyv.net/live/v3/channel/monitor/hls-pull-url";</w:t>
        <w:br/>
        <w:t xml:space="preserve">        String channelId = "2094979";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log.info("测试获取频道hls协议拉流地址接口，返回值：{}", response);</w:t>
        <w:br/>
        <w:t xml:space="preserve">        //do somethings</w:t>
        <w:br/>
        <w:br/>
        <w:t xml:space="preserve">    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"data":"https://pull-t2.videocc.net/recordf/93837273272343dsfasdfasdfasdf.m3u8?txSecret=26d9998b71b58c8b6f14b27ccf6e285b&amp;txTime=661d10c6"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"forbidden",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"forbidden : not in ip list",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获取频道hls协议拉流地址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