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上传文档到某个频道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1、上传频道文档接口</w:t>
        <w:br/>
        <w:t>2、（channelId, type, docName, callbackUrl, timestamp, appId, url）参与sign签名，并和sign一起通过post表单传递，文件通过二进制流提交到服务器端。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http://api.polyv.net/live/v3/channel/document/upload-doc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2、上传的文件不超过200M，格式限制为（ppt， pdf，pptx，doc，docx，wps）。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3、file和url只需要传递其中一个，如果传递了url和file，以file字段为准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上传的文件不超过200M，格式限制为（ppt， pdf，pptx，doc，docx，wps），file和url只需要传递其中一个，如果传递了url和file，以file字段为准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转换类型，默认不传转普通，因为只有ppt，pptx可以转动画，其他类型文件会自动转成普通；文件转动画转失败会直接把类型转为普通common：转普通图片animate：转动画效果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docName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文档名称，默认不传使用ppt上传的文件获取到的文件名作为文档名称，文档名称不得超过100个字符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文档上传转换成功回调地址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文件地址url（需要可访问的地址），file和url只需要传递其中一个，如果传递了url和file，以file字段为准，上传的文件不超过200M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http://api.polyv.net/live/v3/channel/document/upload-doc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docName=test&amp;appId=frlr1zazn3&amp;sign=FC2296E942D2DB118C64C11AD941445D&amp;callbackUrl=http%3A%2F%2Fwww.baidu.com&amp;type=common&amp;channelId=1965681&amp;timestamp=1621842842327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请求成功时为上传文档的有关信息【详见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转换类型，默认不传转普通，因为只有ppt，pptx可以转动画，其他类型文件会自动转成普通；文件转动画转失败会直接把类型转为普通common：转普通图片animate：转动画效果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文档状态normal：正常waitUpload：等待上传failUpload：上传失败waitConvert：转换PPT中failConvert：转换PPT失败</w:t>
            </w:r>
          </w:p>
        </w:tc>
      </w:tr>
    </w:tbl>
    <w:p>
      <w:pPr>
        <w:spacing w:after="40"/>
      </w:pP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ppt转换图片、动画等结果实时信息回调，可以及时通知用户上传、转换任务的结果。</w:t>
      </w:r>
    </w:p>
    <w:p>
      <w:pPr>
        <w:pStyle w:val="Heading3"/>
      </w:pPr>
      <w:r>
        <w:t>原理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通过HTTP接口（设置的callbackUrl）向用户服务器发送GET请求，将合并结果推送给用户服务器。</w:t>
      </w:r>
    </w:p>
    <w:p>
      <w:pPr>
        <w:pStyle w:val="Heading3"/>
      </w:pPr>
      <w:r>
        <w:t>举例说明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举例如下：</w:t>
      </w:r>
      <w:r>
        <w:rPr>
          <w:rFonts w:ascii="Menlo" w:hAnsi="Menlo"/>
          <w:color w:val="444444"/>
          <w:sz w:val="20"/>
        </w:rPr>
        <w:t>http://abc.com/test.do?status=normal&amp;timestamp=1603506240000&amp;channelId=xxxx&amp;fileId=xxx&amp;sign=xxdxxxxx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文件转换状态（“normal” ：正常，"failConvert":转换PPT失败）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校验的加密字符串，生成的规则md5(channelId+timestamp)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LoggerFactory.getLogger(ChannelDocTest.class);</w:t>
        <w:br/>
        <w:t>/**</w:t>
        <w:br/>
        <w:t xml:space="preserve"> * 上传文档到某个频道</w:t>
        <w:br/>
        <w:t xml:space="preserve"> * @throws IOException</w:t>
        <w:br/>
        <w:t xml:space="preserve"> */</w:t>
        <w:br/>
        <w:t>@Test</w:t>
        <w:br/>
        <w:t>public void testUploadDoc()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"http://api.polyv.net/live/v3/channel/document/upload-doc";</w:t>
        <w:br/>
        <w:t xml:space="preserve">    String channelId = "1965681";</w:t>
        <w:br/>
        <w:t xml:space="preserve">    String type = "common";</w:t>
        <w:br/>
        <w:t xml:space="preserve">    String docName = "test";</w:t>
        <w:br/>
        <w:t xml:space="preserve">    String callbackUrl = "http://www.baidu.com";</w:t>
        <w:br/>
        <w:t xml:space="preserve">    String path = getClass().getResource("/file/").getPath() + "report.pdf";</w:t>
        <w:br/>
        <w:t xml:space="preserve">    File file = new File("D:/test.pdf");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Map&lt;String,File&gt; fileMap = new HashMap&lt;&gt;();</w:t>
        <w:br/>
        <w:t xml:space="preserve">    fileMap.put("file",file);</w:t>
        <w:br/>
        <w:t xml:space="preserve">    requestMap.put("type",type);</w:t>
        <w:br/>
        <w:t xml:space="preserve">    requestMap.put("docName",docName);</w:t>
        <w:br/>
        <w:t xml:space="preserve">    requestMap.put("callbackUrl",callbackUrl);</w:t>
        <w:br/>
        <w:t xml:space="preserve">    requestMap.put("sign",LiveSignUtil.getSign(requestMap, appSecret));</w:t>
        <w:br/>
        <w:t xml:space="preserve">    String response = HttpUtil.postFile(url, requestMap,fileMap,"utf-8");</w:t>
        <w:br/>
        <w:t xml:space="preserve">    log.info("测试上传文档到某个频道：{}",response);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"type":"common",</w:t>
        <w:br/>
        <w:t xml:space="preserve">        "fileId":"39e6bd3fe674c952815ad1a09c66e1061965681common",</w:t>
        <w:br/>
        <w:t xml:space="preserve">        "status":"waitConvert"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上传文档到某个频道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