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查询音视频文件详情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1、查询音视频文件详情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http://api.polyv.net/live/v4/user/multimedia/resource/list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音视频文件ID,多个文件用逗号分隔，不能超过100个文件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http://api.polyv.net/live/v4/user/multimedia/resource/list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appId=fso8gzbxlr&amp;timestamp=1652870512000&amp;vids=cf7f07e09660e4e26dba5395e2804a8a_c,cf7f07e096111fb09731d4d1ae49834e_c,cf7f07e096141ebb5d47a92d9bf01352_c&amp;sign=DCB38892FEA4ABCCD596C47621DE8047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请求失败时为空，请求成功时为频道直播场次信息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状态，参考点播的视频状态码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t>/**</w:t>
        <w:br/>
        <w:t xml:space="preserve"> * 查询音视频文件详情</w:t>
        <w:br/>
        <w:t xml:space="preserve"> * @throws IOException</w:t>
        <w:br/>
        <w:t xml:space="preserve"> */</w:t>
        <w:br/>
        <w:t>@Test</w:t>
        <w:br/>
        <w:t>public void testGetUserMultimediaResource()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"http://api.polyv.net/live/v4/user/multimedia/resource/list";</w:t>
        <w:br/>
        <w:t xml:space="preserve">     String vids = "cf7f07e09660e4e26dba5395e2804a8a_c,cf7f07e096111fb09731d4d1ae49834e_c,cf7f07e096141ebb5d47a92d9bf01352_c";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requestMap.put("vids",vids);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log.info("查询音视频文件详情：{}",response);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"e2f2c093987542af8d124c326b1b08cf.55.16528705125820373",</w:t>
        <w:br/>
        <w:t xml:space="preserve">    "data": [</w:t>
        <w:br/>
        <w:t xml:space="preserve">        {</w:t>
        <w:br/>
        <w:t xml:space="preserve">            "vid": "cf7f07e09660e4e26dba5395e2804a8a_c",</w:t>
        <w:br/>
        <w:t xml:space="preserve">            "title": "20220428线上验收",</w:t>
        <w:br/>
        <w:t xml:space="preserve">            "status": -1,</w:t>
        <w:br/>
        <w:t xml:space="preserve">            "creationTime": "2022-05-13 11:07:25"</w:t>
        <w:br/>
        <w:t xml:space="preserve">        },</w:t>
        <w:br/>
        <w:t xml:space="preserve">        {</w:t>
        <w:br/>
        <w:t xml:space="preserve">            "vid": "cf7f07e096111fb09731d4d1ae49834e_c",</w:t>
        <w:br/>
        <w:t xml:space="preserve">            "title": "20220428线上验收",</w:t>
        <w:br/>
        <w:t xml:space="preserve">            "status": 61,</w:t>
        <w:br/>
        <w:t xml:space="preserve">            "creationTime": "2022-05-13 11:05:57"</w:t>
        <w:br/>
        <w:t xml:space="preserve">        },</w:t>
        <w:br/>
        <w:t xml:space="preserve">        {</w:t>
        <w:br/>
        <w:t xml:space="preserve">            "vid": "cf7f07e096141ebb5d47a92d9bf01352_c",</w:t>
        <w:br/>
        <w:t xml:space="preserve">            "title": "测试",</w:t>
        <w:br/>
        <w:t xml:space="preserve">            "status": 61,</w:t>
        <w:br/>
        <w:t xml:space="preserve">            "creationTime": "2022-04-27 15:12:13"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查询音视频文件详情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