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查询频道已上传文档列表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1、获取频道文档列表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http://api.polyv.net/live/v3/channel/document/doc-list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2、channelId和teacherId不能同时为空，若同时传入且开启了“讲义库”功能，则优先用teacherId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频道号，若开启了“讲义库”功能，则查询该频道对应的讲师所关联的讲义库文档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文档状态，默认不传查询所有normal：正常waitUpload：等待上传failUpload：上传失败waitConvert：转换PPT中failConvert：转换PPT失败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第几页，默认不传显示第一页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每页显示几条数据，默认不传显示10条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是否展示文档原文件地址，默认不传不展示Y：是N：否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讲师ID，若开启了“讲义库”功能，则查询讲师关联的讲义库文档，channelId和teacherId不能同时为空，若同时传入且开启了“讲义库”功能，则优先用teacherId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http://api.polyv.net/live/v3/channel/document/doc-list?isShowUrl=Y&amp;appId=frlr1zazn3&amp;limit=10&amp;sign=8C73385047B8BADAE8DEB52318220A7E&amp;page=1&amp;channelId=1965681&amp;timestamp=1621842982462&amp;status=normal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请求成功时为已上传文档的有关信息【详见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上传文档的内容的总页数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文档状态，不传默认查询所有normal：正常waitUpload：等待上传failUpload：上传失败waitConvert：转换PPT中failConvert：转换PPT失败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类型，区分旧版PPT还是新版PPT新版值为：new旧版值为：old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ppt预览小图地址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previewBigImage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ppt预览大图地址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查询频道已上传文档列表</w:t>
        <w:br/>
        <w:t xml:space="preserve"> * @throws IOException</w:t>
        <w:br/>
        <w:t xml:space="preserve"> */</w:t>
        <w:br/>
        <w:t>@Test</w:t>
        <w:br/>
        <w:t>public void testGetDocList()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"http://api.polyv.net/live/v3/channel/document/doc-list";</w:t>
        <w:br/>
        <w:t xml:space="preserve">    String channelId = "1965681";</w:t>
        <w:br/>
        <w:t xml:space="preserve">    String status = "normal";</w:t>
        <w:br/>
        <w:t xml:space="preserve">    String limit = "5";</w:t>
        <w:br/>
        <w:t xml:space="preserve">    String page = "1";</w:t>
        <w:br/>
        <w:t xml:space="preserve">    String isShowUrl = "Y";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requestMap.put("status",status);</w:t>
        <w:br/>
        <w:t xml:space="preserve">    requestMap.put("limit",limit);</w:t>
        <w:br/>
        <w:t xml:space="preserve">    requestMap.put("page",page);</w:t>
        <w:br/>
        <w:t xml:space="preserve">    requestMap.put("isShowUrl",isShowUrl);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log.info("测试查询频道已上传文档列表：{}",response);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"pageSize":10,</w:t>
        <w:br/>
        <w:t xml:space="preserve">        "pageNumber":1,</w:t>
        <w:br/>
        <w:t xml:space="preserve">        "totalItems":4,</w:t>
        <w:br/>
        <w:t xml:space="preserve">        "contents":[</w:t>
        <w:br/>
        <w:t xml:space="preserve">            {</w:t>
        <w:br/>
        <w:t xml:space="preserve">                "autoId":1597852,</w:t>
        <w:br/>
        <w:t xml:space="preserve">                "fileId":"5e74996c4f248ef2faa2f8fde168f1bf1965681common",</w:t>
        <w:br/>
        <w:t xml:space="preserve">                "fileName":"直播指南1",</w:t>
        <w:br/>
        <w:t xml:space="preserve">                "fileUrl":"http://doc-2.polyv.net/sources/20210114/5e74996c4f248ef2faa2f8fde168f1bf1965681common.pptx",</w:t>
        <w:br/>
        <w:t xml:space="preserve">                "fileType":".pptx",</w:t>
        <w:br/>
        <w:t xml:space="preserve">                "totalPage":19,</w:t>
        <w:br/>
        <w:t xml:space="preserve">                "channelId":"1965681",</w:t>
        <w:br/>
        <w:t xml:space="preserve">                "status":"normal",</w:t>
        <w:br/>
        <w:t xml:space="preserve">                "createTime":1610616141000,</w:t>
        <w:br/>
        <w:t xml:space="preserve">                "convertType":"common",</w:t>
        <w:br/>
        <w:t xml:space="preserve">                "type":"new",</w:t>
        <w:br/>
        <w:t xml:space="preserve">                "previewImage":"http://doc-2.polyv.net/images/2021/01/5e74996c4f248ef2faa2f8fde168f1bf1965681common/5e74996c4f248ef2faa2f8fde168f1bf1965681common_0000_s.jpeg",</w:t>
        <w:br/>
        <w:t xml:space="preserve">                "previewBigImage":"http://doc-2.polyv.net/images/2021/01/5e74996c4f248ef2faa2f8fde168f1bf1965681common/5e74996c4f248ef2faa2f8fde168f1bf1965681common_0000.jpeg"</w:t>
        <w:br/>
        <w:t xml:space="preserve">            },</w:t>
        <w:br/>
        <w:t xml:space="preserve">            {</w:t>
        <w:br/>
        <w:t xml:space="preserve">                "autoId":1504367,</w:t>
        <w:br/>
        <w:t xml:space="preserve">                "fileId":"471bee13c7555deb16f44aad783a2aeb1965681common",</w:t>
        <w:br/>
        <w:t xml:space="preserve">                "fileName":"直播指南2",</w:t>
        <w:br/>
        <w:t xml:space="preserve">                "fileUrl":"http://doc-2.polyv.net/sources/20201106/471bee13c7555deb16f44aad783a2aeb1965681common.pptx",</w:t>
        <w:br/>
        <w:t xml:space="preserve">                "fileType":".pptx",</w:t>
        <w:br/>
        <w:t xml:space="preserve">                "totalPage":18,</w:t>
        <w:br/>
        <w:t xml:space="preserve">                "channelId":"1965681",</w:t>
        <w:br/>
        <w:t xml:space="preserve">                "status":"normal",</w:t>
        <w:br/>
        <w:t xml:space="preserve">                "createTime":1604633378000,</w:t>
        <w:br/>
        <w:t xml:space="preserve">                "convertType":"common",</w:t>
        <w:br/>
        <w:t xml:space="preserve">                "type":"new",</w:t>
        <w:br/>
        <w:t xml:space="preserve">                "previewImage":"http://doc-2.polyv.net/images/2020/11/471bee13c7555deb16f44aad783a2aeb1965681common/471bee13c7555deb16f44aad783a2aeb1965681common_0000_s.jpeg",</w:t>
        <w:br/>
        <w:t xml:space="preserve">                "previewBigImage":"http://doc-2.polyv.net/images/2020/11/471bee13c7555deb16f44aad783a2aeb1965681common/471bee13c7555deb16f44aad783a2aeb1965681common_0000.jpeg"</w:t>
        <w:br/>
        <w:t xml:space="preserve">            },</w:t>
        <w:br/>
        <w:t xml:space="preserve">            {</w:t>
        <w:br/>
        <w:t xml:space="preserve">                "autoId":1485063,</w:t>
        <w:br/>
        <w:t xml:space="preserve">                "fileId":"6e0603f6c8ec6113b87f69a7191d22021965681common",</w:t>
        <w:br/>
        <w:t xml:space="preserve">                "fileName":"培训课程表.docx",</w:t>
        <w:br/>
        <w:t xml:space="preserve">                "fileUrl":"http://doc-2.polyv.net/sources/20201020/6e0603f6c8ec6113b87f69a7191d22021965681common.docx",</w:t>
        <w:br/>
        <w:t xml:space="preserve">                "fileType":".docx",</w:t>
        <w:br/>
        <w:t xml:space="preserve">                "totalPage":1,</w:t>
        <w:br/>
        <w:t xml:space="preserve">                "channelId":"1965681",</w:t>
        <w:br/>
        <w:t xml:space="preserve">                "status":"normal",</w:t>
        <w:br/>
        <w:t xml:space="preserve">                "createTime":1603182016000,</w:t>
        <w:br/>
        <w:t xml:space="preserve">                "convertType":"common",</w:t>
        <w:br/>
        <w:t xml:space="preserve">                "type":"new",</w:t>
        <w:br/>
        <w:t xml:space="preserve">                "previewImage":"http://doc-2.polyv.net/images/2020/10/6e0603f6c8ec6113b87f69a7191d22021965681common/6e0603f6c8ec6113b87f69a7191d22021965681common_0000_s.jpeg",</w:t>
        <w:br/>
        <w:t xml:space="preserve">                "previewBigImage":"http://doc-2.polyv.net/images/2020/10/6e0603f6c8ec6113b87f69a7191d22021965681common/6e0603f6c8ec6113b87f69a7191d22021965681common_0000.jpeg"</w:t>
        <w:br/>
        <w:t xml:space="preserve">            },</w:t>
        <w:br/>
        <w:t xml:space="preserve">            {</w:t>
        <w:br/>
        <w:t xml:space="preserve">                "autoId":1484687,</w:t>
        <w:br/>
        <w:t xml:space="preserve">                "fileId":"c2d585857870f4eff024976e3a265c0b1965681common",</w:t>
        <w:br/>
        <w:t xml:space="preserve">                "fileName":"课程表.docx",</w:t>
        <w:br/>
        <w:t xml:space="preserve">                "fileUrl":"http://doc-2.polyv.net/sources/20201020/c2d585857870f4eff024976e3a265c0b1965681common.docx",</w:t>
        <w:br/>
        <w:t xml:space="preserve">                "fileType":".docx",</w:t>
        <w:br/>
        <w:t xml:space="preserve">                "totalPage":1,</w:t>
        <w:br/>
        <w:t xml:space="preserve">                "channelId":"1965681",</w:t>
        <w:br/>
        <w:t xml:space="preserve">                "status":"normal",</w:t>
        <w:br/>
        <w:t xml:space="preserve">                "createTime":1603163842000,</w:t>
        <w:br/>
        <w:t xml:space="preserve">                "convertType":"common",</w:t>
        <w:br/>
        <w:t xml:space="preserve">                "type":"new",</w:t>
        <w:br/>
        <w:t xml:space="preserve">                "previewImage":"http://doc-2.polyv.net/images/2020/10/c2d585857870f4eff024976e3a265c0b1965681common/c2d585857870f4eff024976e3a265c0b1965681common_0000_s.jpeg",</w:t>
        <w:br/>
        <w:t xml:space="preserve">                "previewBigImage":"http://doc-2.polyv.net/images/2020/10/c2d585857870f4eff024976e3a265c0b1965681common/c2d585857870f4eff024976e3a265c0b1965681common_0000.jpeg"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"limit":4,</w:t>
        <w:br/>
        <w:t xml:space="preserve">        "offset":0,</w:t>
        <w:br/>
        <w:t xml:space="preserve">        "totalPages":1,</w:t>
        <w:br/>
        <w:t xml:space="preserve">        "endRow":4,</w:t>
        <w:br/>
        <w:t xml:space="preserve">        "nextPageNumber":1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查询频道已上传文档列表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