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查询频道文档转码状态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1、查询频道文档转换状态接口</w:t>
        <w:br/>
        <w:t>2、支持https协议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http://api.polyv.net/live/v3/channel/document/status/get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文件ID，(如果有多个，可以用英文逗号隔开拼接成字符串)，该值来源参考【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查询频道已上传文档列表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】接口返回数据的data.contents[0].fileId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http://api.polyv.net/live/v3/channel/document/status/get?appId=frlr1zazn3&amp;sign=EB9CF9CD3F473E0C6462E3031E97E7FA&amp;channelId=1965681&amp;timestamp=1621843039780&amp;fileId=c2d585857870f4eff024976e3a265c0b1965681common%2C6e0603f6c8ec6113b87f69a7191d22021965681common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请求成功时为频道转码有关信息【详见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】，请求失败时为空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大图图片数量，响应参数convertStatus=“normal” 时返回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大图地址数组，响应参数convertStatus=“normal” 时返回，如：["imgurl1"，"imgurl2"]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smallImages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小图地址数组，响应参数convertStatus=“normal” 时返回，如：["imgurl1"，"imgurl2"]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总页数，响应参数convertStatus=“normal” 时返回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htmlUrl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动画PPT地址，响应参数convertStatus=“normal” 时返回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convertStatus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文档状态，不传默认查询所有normal：正常waitUpload：等待上传failUpload：上传失败waitConvert：转换PPT中failConvert：转换PPT失败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转换类型，默认不传转普通，因为只有ppt，pptx可以转动画，其他类型文件会自动转成普通；文件转动画转失败会直接把类型转为普通common：转普通图片animate：转动画效果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LoggerFactory.getLogger(ChannelDocTest.class);</w:t>
        <w:br/>
        <w:t>/**</w:t>
        <w:br/>
        <w:t xml:space="preserve"> * 查询频道文档转码状态</w:t>
        <w:br/>
        <w:t xml:space="preserve"> * @throws IOException</w:t>
        <w:br/>
        <w:t xml:space="preserve"> */</w:t>
        <w:br/>
        <w:t>@Test</w:t>
        <w:br/>
        <w:t>public void testGetDocConvertStatus()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"http://api.polyv.net/live/v3/channel/document/status/get";</w:t>
        <w:br/>
        <w:t xml:space="preserve">    String channelId = "1965681";</w:t>
        <w:br/>
        <w:t xml:space="preserve">    String fileId = "c2d585857870f4eff024976e3a265c0b1965681common,6e0603f6c8ec6113b87f69a7191d22021965681common";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requestMap.put("fileId",fileId);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log.info("测试查询频道文档转码状态：{}",response);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"data":[</w:t>
        <w:br/>
        <w:t xml:space="preserve">        {</w:t>
        <w:br/>
        <w:t xml:space="preserve">            "imageCount":1,</w:t>
        <w:br/>
        <w:t xml:space="preserve">            "smallImages":[</w:t>
        <w:br/>
        <w:t xml:space="preserve">                "http://doc-2.polyv.net/images/2020/10/c2d585857870f4eff024976e3a265c0b1965681common/c2d585857870f4eff024976e3a265c0b1965681common_0000_s.jpeg"</w:t>
        <w:br/>
        <w:t xml:space="preserve">            ],</w:t>
        <w:br/>
        <w:t xml:space="preserve">            "images":[</w:t>
        <w:br/>
        <w:t xml:space="preserve">                "http://doc-2.polyv.net/images/2020/10/c2d585857870f4eff024976e3a265c0b1965681common/c2d585857870f4eff024976e3a265c0b1965681common_0000.jpeg"</w:t>
        <w:br/>
        <w:t xml:space="preserve">            ],</w:t>
        <w:br/>
        <w:t xml:space="preserve">            "totalPage":1,</w:t>
        <w:br/>
        <w:t xml:space="preserve">            "htmlUrl":null,</w:t>
        <w:br/>
        <w:t xml:space="preserve">            "convertStatus":"normal",</w:t>
        <w:br/>
        <w:t xml:space="preserve">            "type":"common",</w:t>
        <w:br/>
        <w:t xml:space="preserve">            "fileId":"c2d585857870f4eff024976e3a265c0b1965681common"</w:t>
        <w:br/>
        <w:t xml:space="preserve">        },</w:t>
        <w:br/>
        <w:t xml:space="preserve">        {</w:t>
        <w:br/>
        <w:t xml:space="preserve">            "imageCount":1,</w:t>
        <w:br/>
        <w:t xml:space="preserve">            "smallImages":[</w:t>
        <w:br/>
        <w:t xml:space="preserve">                "http://doc-2.polyv.net/images/2020/10/6e0603f6c8ec6113b87f69a7191d22021965681common/6e0603f6c8ec6113b87f69a7191d22021965681common_0000_s.jpeg"</w:t>
        <w:br/>
        <w:t xml:space="preserve">            ],</w:t>
        <w:br/>
        <w:t xml:space="preserve">            "images":[</w:t>
        <w:br/>
        <w:t xml:space="preserve">                "http://doc-2.polyv.net/images/2020/10/6e0603f6c8ec6113b87f69a7191d22021965681common/6e0603f6c8ec6113b87f69a7191d22021965681common_0000.jpeg"</w:t>
        <w:br/>
        <w:t xml:space="preserve">            ],</w:t>
        <w:br/>
        <w:t xml:space="preserve">            "totalPage":1,</w:t>
        <w:br/>
        <w:t xml:space="preserve">            "htmlUrl":null,</w:t>
        <w:br/>
        <w:t xml:space="preserve">            "convertStatus":"normal",</w:t>
        <w:br/>
        <w:t xml:space="preserve">            "type":"common",</w:t>
        <w:br/>
        <w:t xml:space="preserve">            "fileId":"6e0603f6c8ec6113b87f69a7191d22021965681common"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查询频道文档转码状态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