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查询频道的关联音视频文件详情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1、查询频道的关联音视频文件详情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http://api.polyv.net/live/v4/channel/multimedia/resource/list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分页页码，默认1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分页大小，默认10, 每页不能超过100条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http://api.polyv.net/live/v4/channel/multimedia/resource/list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appId=fso8gzbxlr&amp;timestamp=1652869392000&amp;pageNumber=1&amp;pageSize=10&amp;channelId=3095420&amp;sign=0FD66B7FFB735F9FA593503C68FC5534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请求失败时为空，请求成功时为频道直播场次信息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资源名称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状态，参考点播的视频状态码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视频URL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LoggerFactory.getLogger(ChannelDocTest.class);</w:t>
        <w:br/>
        <w:t>/**</w:t>
        <w:br/>
        <w:t xml:space="preserve"> * 查询频道的关联音视频文件详情</w:t>
        <w:br/>
        <w:t xml:space="preserve"> * @throws IOException</w:t>
        <w:br/>
        <w:t xml:space="preserve"> */</w:t>
        <w:br/>
        <w:t>@Test</w:t>
        <w:br/>
        <w:t>public void testGetChannelMultimediaResource()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"http://api.polyv.net/live/v4/channel/multimedia/resource/list";</w:t>
        <w:br/>
        <w:t xml:space="preserve">    String channelId = "3095420";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requestMap.put("sign",LiveSignUtil.getSign(requestMap, appSecret));</w:t>
        <w:br/>
        <w:t xml:space="preserve">    String response = HttpUtil.postFile(url, requestMap,fileMap,"utf-8");</w:t>
        <w:br/>
        <w:t xml:space="preserve">    log.info("查询频道的关联音视频文件详情：{}",response);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"e2f2c093987542af8d124c326b1b08cf.57.16528693927270281",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1,</w:t>
        <w:br/>
        <w:t xml:space="preserve">        "contents": [</w:t>
        <w:br/>
        <w:t xml:space="preserve">            {</w:t>
        <w:br/>
        <w:t xml:space="preserve">                "id": 3,</w:t>
        <w:br/>
        <w:t xml:space="preserve">                "channelId": 3095420,</w:t>
        <w:br/>
        <w:t xml:space="preserve">                "vid": "cf7f07e096141ebb5d47a92d9bf01352_c",</w:t>
        <w:br/>
        <w:t xml:space="preserve">                "title": "测试",</w:t>
        <w:br/>
        <w:t xml:space="preserve">                "status": 61,</w:t>
        <w:br/>
        <w:t xml:space="preserve">                "url": "https://mpv.videocc.net/cf7f07e096/2/cf7f07e096141ebb5d47a92d9bf01352_1.mp4"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查询频道的关联音视频文件详情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