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删除文档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1、删除频道文档接口</w:t>
        <w:br/>
        <w:t>2、支持https协议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http://api.polyv.net/live/v3/channel/document/delete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文件ID，(如果有多个，可以用英文逗号隔开拼接成字符串)，该值来源参考【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查询频道已上传文档列表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】接口返回数据的data.contents[0].fileId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新旧版文件类型，取值如下：old：旧版new：新版该值参考来源参考 【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查询频道已上传文档列表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  接口返回数据的data.contents[0].type；如fileId为多个，该值必须和fileId一一对应；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http://api.polyv.net/live/v3/channel/document/delete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appId=frlr1zazn3&amp;sign=1B00420546771ECCF501FAF176A0B6AE&amp;type=new&amp;channelId=1965681&amp;timestamp=1621843168035&amp;fileId=39e6bd3fe674c952815ad1a09c66e1061965681common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请求成功时，返回值是空，请求失败时，返回值是空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LoggerFactory.getLogger(ChannelDocTest.class);</w:t>
        <w:br/>
        <w:t>/**</w:t>
        <w:br/>
        <w:t xml:space="preserve"> * 删除文档</w:t>
        <w:br/>
        <w:t xml:space="preserve"> * @throws IOException</w:t>
        <w:br/>
        <w:t xml:space="preserve"> */</w:t>
        <w:br/>
        <w:t>@Test</w:t>
        <w:br/>
        <w:t>public void testDeleteDocument() throws IOException, NoSuchAlgorithmException {</w:t>
        <w:br/>
        <w:t xml:space="preserve">    //公共参数,填写自己的实际参数</w:t>
        <w:br/>
        <w:t xml:space="preserve">    String appId=super.appId;</w:t>
        <w:br/>
        <w:t xml:space="preserve">    String appSecret=super.appSecret;</w:t>
        <w:br/>
        <w:t xml:space="preserve">    String userId = super.userId;</w:t>
        <w:br/>
        <w:t xml:space="preserve">    String timestamp=String.valueOf(System.currentTimeMillis());</w:t>
        <w:br/>
        <w:t xml:space="preserve">    //业务参数</w:t>
        <w:br/>
        <w:t xml:space="preserve">    String url = "http://api.polyv.net/live/v3/channel/document/delete";</w:t>
        <w:br/>
        <w:t xml:space="preserve">    String channelId = "1965681";</w:t>
        <w:br/>
        <w:t xml:space="preserve">    String fileId = "39e6bd3fe674c952815ad1a09c66e1061965681common";</w:t>
        <w:br/>
        <w:t xml:space="preserve">    String type  = "new";</w:t>
        <w:br/>
        <w:br/>
        <w:t xml:space="preserve">    //http 调用逻辑</w:t>
        <w:br/>
        <w:t xml:space="preserve">    Map&lt;String,String&gt; requestMap = new HashMap&lt;&gt;();</w:t>
        <w:br/>
        <w:t xml:space="preserve">    requestMap.put("appId", appId);</w:t>
        <w:br/>
        <w:t xml:space="preserve">    requestMap.put("timestamp",timestamp);</w:t>
        <w:br/>
        <w:t xml:space="preserve">    requestMap.put("channelId",channelId);</w:t>
        <w:br/>
        <w:t xml:space="preserve">    requestMap.put("fileId",fileId);</w:t>
        <w:br/>
        <w:t xml:space="preserve">    requestMap.put("type",type);</w:t>
        <w:br/>
        <w:t xml:space="preserve">    requestMap.put("sign",LiveSignUtil.getSign(requestMap, appSecret));</w:t>
        <w:br/>
        <w:t xml:space="preserve">    String response = HttpUtil.postFormBody(url, requestMap);</w:t>
        <w:br/>
        <w:t xml:space="preserve">    log.info("测试删除文档：{}",response);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"code":200,</w:t>
        <w:br/>
        <w:t xml:space="preserve">    "status":"success",</w:t>
        <w:br/>
        <w:t xml:space="preserve">    "message":"",</w:t>
        <w:br/>
        <w:t xml:space="preserve">    "data":""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删除文档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