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取消频道的关联音视频文件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1、取消频道的关联音视频文件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http://api.polyv.net/live/v4/channel/multimedia/resource/delete-batch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音视频文件ID,多个文件用逗号分隔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http://api.polyv.net/live/v4/channel/multimedia/resource/delete-batch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appId=fso8gzbxlr&amp;timestamp=1652865313000&amp;channelId=3095420&amp;vids=cf7f07e09660e4e26dba5395e2804a8a_c,cf7f07e096111fb09731d4d1ae49834e_c,cf7f07e096141ebb5d47a92d9bf01352_c&amp;sign=99CBB174C49F2AAEB9586F553EB30EE9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响应数据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LoggerFactory.getLogger(ChannelDocTest.class);</w:t>
        <w:br/>
        <w:br/>
        <w:t>/**</w:t>
        <w:br/>
        <w:t xml:space="preserve"> * 取消频道的关联音视频文件</w:t>
        <w:br/>
        <w:t xml:space="preserve"> * @throws IOException</w:t>
        <w:br/>
        <w:t xml:space="preserve"> */</w:t>
        <w:br/>
        <w:t>@Test</w:t>
        <w:br/>
        <w:t>public void testDelChannelMultimediaResource()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"http://api.polyv.net/live/v4/channel/multimedia/resource/delete-batch";</w:t>
        <w:br/>
        <w:t xml:space="preserve">    String channelId = "3095420";</w:t>
        <w:br/>
        <w:t xml:space="preserve">    String vids = "cf7f07e09660e4e26dba5395e2804a8a_c,cf7f07e096111fb09731d4d1ae49834e_c,cf7f07e096141ebb5d47a92d9bf01352_c";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requestMap.put("vids",vids);</w:t>
        <w:br/>
        <w:t xml:space="preserve">    requestMap.put("sign",LiveSignUtil.getSign(requestMap, appSecret));</w:t>
        <w:br/>
        <w:t xml:space="preserve">    String response = HttpUtil.postFile(url, requestMap,fileMap,"utf-8");</w:t>
        <w:br/>
        <w:t xml:space="preserve">    log.info("取消频道的关联音视频文件：{}",response);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"ae81783286664e54bfe22cc3e063796f.55.16528655886640465",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取消频道的关联音视频文件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