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获取观看页测试模式的访问令牌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1、接口用于获取观看页测试模式的访问令牌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https://api.polyv.net/live/v3/channel/watch/get-test-mode-token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token有效时长，单位为秒，取值范围：0 &lt; expireSeconds &lt;= 30 * 24 * 3600，默认为 4 * 3600 秒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Request URL: https://api.polyv.net/live/v3/channel/watch/get-test-mode-token</w:t>
        <w:br/>
        <w:t>Request Method: POST</w:t>
        <w:br/>
        <w:t>Content-Type: application/x-www-form-urlencoded</w:t>
        <w:br/>
        <w:t>Form Data: appId=&lt;yourAppId&gt;&amp;timestamp=1623308604852&amp;sign=099846EF3DD92402DF9C60804556CE37&amp;channelId=1762528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请求成功时为token信息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获取频道API的访问令牌</w:t>
        <w:br/>
        <w:t xml:space="preserve"> * @throws Exception</w:t>
        <w:br/>
        <w:t xml:space="preserve"> */</w:t>
        <w:br/>
        <w:t>@Test</w:t>
        <w:br/>
        <w:t>public void testGetChannelApiToken() throws 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"https://api.polyv.net/live/v3/channel/watch/get-test-mode-token";</w:t>
        <w:br/>
        <w:t xml:space="preserve">    String channelId = "1762528";</w:t>
        <w:br/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log.info("获取观看页测试模式的访问令牌，返回值：{}",response);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"65027cb0765c4d07afad13ba60467af2"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 调用频率限制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"qps exceeds number of calls, limit: %s",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expireTime值受限制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"过期时间太长",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获取观看页测试模式的访问令牌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