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获取频道API的访问令牌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1、接口用于获取频道级别的API访问令牌（channel access token），以下简称token</w:t>
        <w:br/>
        <w:t>2、token可以用于访问指定一个频道号的API，并且访问路径需符合以下模式：/live/v3/channel/**，未来会逐步扩展其功能</w:t>
        <w:br/>
        <w:t>3、token可以用于接入直播平台一些特定的SDK</w:t>
        <w:br/>
        <w:t>4、接口支持https协议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https://api.polyv.net/live/v3/common/token/get-channel-token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2、单个频道在1个小时之内调用接口的次数不得超过500次，限制机制在未来可能会有所调整，建议开发者在服务端统一缓存token，不要频繁调用接口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3、token存在有效期，开发者需要自行维护更新，可以根据接口返回的失效时间主动刷新token，亦或者在token失效后重新获取，注意不要多处重复调用接口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4、至少留出512字节给channelToken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disposable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是否一次性有效，true/false，默认为false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expireSeconds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token有效时长，单位为秒，取值范围：0 &lt; expireSeconds &lt;= 3600，默认为1800秒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Request URL: https://api.polyv.net/live/v3/common/token/get-channel-token</w:t>
        <w:br/>
        <w:t>Request Method: POST</w:t>
        <w:br/>
        <w:t>Content-Type: application/x-www-form-urlencoded</w:t>
        <w:br/>
        <w:t>Form Data: appId=&lt;yourAppId&gt;&amp;timestamp=1623308604852&amp;sign=099846EF3DD92402DF9C60804556CE37&amp;channelId=1762528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请求成功时为token信息【详见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】，请求失败时为null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失效时间，13位毫秒级时间戳，在该时间之前的token有效，否则所调用接口将返回code=15, 代表无效token，需要重新获取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频道接口访问令牌，为了避免权限过大而导致误操作，该token仅限访问该频道数据，否则所调用接口将返回无效token的错误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使用token调用频道接口时，传了无效token的返回结果示例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15,</w:t>
        <w:br/>
        <w:t xml:space="preserve">    "status": "error",</w:t>
        <w:br/>
        <w:t xml:space="preserve">    "message": "invalid token.",</w:t>
        <w:br/>
        <w:t xml:space="preserve">    "data": null</w:t>
        <w:br/>
        <w:t>}</w:t>
      </w: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获取频道API的访问令牌</w:t>
        <w:br/>
        <w:t xml:space="preserve"> * @throws Exception</w:t>
        <w:br/>
        <w:t xml:space="preserve"> */</w:t>
        <w:br/>
        <w:t>@Test</w:t>
        <w:br/>
        <w:t>public void testGetChannelApiToken() throws 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"https://api.polyv.net/live/v3/common/token/get-channel-token";</w:t>
        <w:br/>
        <w:t xml:space="preserve">    String channelId = "1762528";</w:t>
        <w:br/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log.info("获取频道API的访问令牌，返回值：{}",response);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"channelToken": "65027cb0765c4d07afad13ba60467af2",</w:t>
        <w:br/>
        <w:t xml:space="preserve">        "expireTime": 1623238164635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 调用频率限制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"qps exceeds number of calls, limit: %s",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expireSeconds值受限制，必须 0 &lt; expireSeconds &lt;= 3600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"expireSeconds limited.",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获取频道API的访问令牌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