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直播间人员状态回调通知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作用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对于机构，需要较为实时的知道学生和老师是否已经在规定的时间进入教室，如果没有，则需要电话通知学员来上课。使用本功能，账号下频道直播间人员状态改变后，服务端会对客户所设置的接口地址，以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POST</w:t>
      </w:r>
      <w:r>
        <w:rPr>
          <w:rFonts w:ascii="Source Han Sans SC" w:hAnsi="Source Han Sans SC" w:eastAsia="Source Han Sans SC" w:cs="Source Han Sans SC" w:hint="eastAsia"/>
          <w:sz w:val="21"/>
        </w:rPr>
        <w:t>方式提交到给用户自定义的回调接口进行通知。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回调包含的参数(通过form-data参数请求)：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logList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为对象数组json格式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签名验证，前后加polyvlog，中间由数据的key和value组成，key值按首字母从小到大排序。md5转码后，转为大写。比如，参数为{roomId:'200060', channelId:'005200060',user:{nick:'yang'}}，则签名为 md5/('polyvlog'+'channelId'+'005200060'+'roomId'+'200060'+'user'+JSON.stringify({nick:'yang'})+'polyvlog').toLocaleUpperCase();'}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回调会累计1分钟内的数据统一回调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新旧版后台都支持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因回调较为频繁，或对客户服务端造成压力，需提前与客户沟通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接口返回json对象，json对象中有字段code，200表示成功。如果没有返回200，会重试3次，超过3次则丢弃日志</w:t>
      </w:r>
    </w:p>
    <w:p>
      <w:pPr>
        <w:pStyle w:val="Heading2"/>
      </w:pPr>
      <w:r>
        <w:t>logList参数json对象数组格式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分组id，非必传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参会人ID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nickName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日志类型。21：同意连麦，22：结束连麦，31：同意演示，32：结束演示，11：进入直播间，12：退出直播间，41：上课，42：下课，101：上课时在直播间的学员名单，102：下课时在直播间的学员名单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interactType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日志类型对应枚举（建议直接取logType）。login：进入直播间，diconnect：退出直播间，startClass：上课或上课时在直播间的学员名单，finishClass：下课或下课时在直播间的学员名单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日志时间戳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ipAddress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IP地址，非必传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userAgent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UA信息，非必传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referer信息 - 请求来源，非必传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当前参会人数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13位毫秒级时间戳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sessionId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string\|null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当前场次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userOrigin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用户来源，非必传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logType为101和102时，表示学员名单的oss地址，可以根据该地址获取学员名单信息，名单返回数据格式跟logList格式相同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role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用户身份信息，teacher：讲师，guest：嘉宾，slice：云课堂观众，viewer：普通观众，student：普通观众，assistant：助教，attendee：研讨会场景下的主持人或参会人，listener：研讨会场景下的观众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inClass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频道是否在直播中，1表示正在直播，2表示不在直播，该字段部分回调中不存在</w:t>
            </w:r>
          </w:p>
        </w:tc>
      </w:tr>
    </w:tbl>
    <w:p>
      <w:pPr>
        <w:spacing w:after="40"/>
      </w:pPr>
    </w:p>
    <w:p>
      <w:pPr>
        <w:pStyle w:val="Heading2"/>
      </w:pPr>
      <w:r>
        <w:t>如何设置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通过后台设置：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登录账户 - 进入【云直播】 - 点击【开发设置】- 点击【回调设置】- 直播间人员状态回调URL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注意：提交的接口地址必须要以 http:// 或者 https:// 开头</w:t>
      </w:r>
    </w:p>
    <w:p>
      <w:pPr>
        <w:pStyle w:val="Heading2"/>
      </w:pPr>
      <w:r>
        <w:t>后台设置参考图片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新版后台设置：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98116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6960918f539f2e7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98116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旧版后台设置：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79867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34c2e1d58d69cb66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79867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若无法找到对应设置，可能为账号权限不足，如需获取帮助，请联系右下角在线客服解决。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直播间人员状态回调通知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