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直播状态改变回调通知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账号下频道直播状态改变后，会对所设置的接口地址进行回调通知。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账号下频道有进行推流、断流操作导致频道直播状态改变，直播系统会将以下参数channelId（频道号）和status（直播状态：live表示开始直播，end表示直播结束）以GET方式提交到给用户自定义的回调接口进行通知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http://abc.com/test.do?channelId=123456&amp;status=live&amp;timestamp=1557976774000&amp;sign=xxdxxxxx&amp;sessionId=xxxxxddd&amp;startTime=1557976777111&amp;endTime=1557976777111&amp;liveType=live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直播频道的状态live：正在直播end：直播结束playback：回放中（需开通）waiting：等待中（需开通）seminar_live（研讨会频道，直播开启）seminar_end（研讨会频道，直播结束）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直播的开始时间，13位的时间戳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直播的结束时间，13位的时间戳（当status=end的时候有值，status=live的时候为空值）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直播模式live：真实直播模式test：测试模式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pushClient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推流客户端。可能的值为：windows / mac: windows 或 mac 客户端 web: 网页开播 AndroidSDK / iOSSDK: Android 或 iOS SDK disk_push / realDiskVideo: 伪直播 pull: 拉流直播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pushClientVersion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推流客户端版本，仅当 pushClient=windows/mac 时，版本参数才有值，值例如 4.10.0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直播状态改变回调URL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6ba2bde45fba1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01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a49745f2572a8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0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直播状态改变回调通知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