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直播违规断流回调通知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账号下频道直播内容异常违规被断流后，将断流事件和相关违规信息回调给用户</w:t>
      </w:r>
    </w:p>
    <w:p>
      <w:pPr>
        <w:pStyle w:val="Heading2"/>
      </w:pPr>
      <w:r>
        <w:t>回调参数说明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违规直播的截图，注意：图片为临时地址，请及时进行处理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违规类型, 如porn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违规类型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违规具体原因描述 (可能为空)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结果为该类型的概率，取值为</w:t>
            </w:r>
            <w:r>
              <w:rPr>
                <w:rFonts w:ascii="Menlo" w:hAnsi="Menlo"/>
                <w:color w:val="444444"/>
                <w:sz w:val="17"/>
              </w:rPr>
              <w:t>[0.00-100.00]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，值越高表示越有可能属于该类型的概率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violationTime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违规时间(单位秒), 以开播时间计算得到的一个相对时间, 例如值是120代表开播2分钟左右画面可能涉嫌违规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violationItems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具体的违规项(可能为空)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违规项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断流时间(格式 yyyy-MM-dd HH:mm:ss)</w:t>
            </w:r>
          </w:p>
        </w:tc>
      </w:tr>
    </w:tbl>
    <w:p>
      <w:pPr>
        <w:spacing w:after="40"/>
      </w:pPr>
    </w:p>
    <w:p>
      <w:pPr>
        <w:pStyle w:val="Heading2"/>
      </w:pPr>
      <w:r>
        <w:t>违规类型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porn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terrorism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暴恐涉政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违法违规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abuse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辱骂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sexy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性感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violence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暴力血腥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pyramid_scheme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传销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gambling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赌博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fraud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诈骗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medical_exaggeration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保健品/药品/医疗器械夸大宣传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investment_fraud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推荐股票等金融产品，诱导用户投资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religion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unknown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</w:t>
            </w:r>
          </w:p>
        </w:tc>
      </w:tr>
    </w:tbl>
    <w:p>
      <w:pPr>
        <w:spacing w:after="40"/>
      </w:pPr>
    </w:p>
    <w:p>
      <w:pPr>
        <w:pStyle w:val="Heading2"/>
      </w:pPr>
      <w:r>
        <w:t>违规项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审核得分, 取值为</w:t>
            </w:r>
            <w:r>
              <w:rPr>
                <w:rFonts w:ascii="Menlo" w:hAnsi="Menlo"/>
                <w:color w:val="444444"/>
                <w:sz w:val="17"/>
              </w:rPr>
              <w:t>[0.00-100.00]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, 数值越高代表违规的可能性越大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违规类型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违规类型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回调数据样例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https://xxx.com/callback?timestamp=1753280691000&amp;sign=xxxx</w:t>
        <w:br/>
        <w:br/>
        <w:t>{</w:t>
        <w:br/>
        <w:t xml:space="preserve">    "userId": "xxxxxxxxxx",</w:t>
        <w:br/>
        <w:t xml:space="preserve">    "channelId": 10001,</w:t>
        <w:br/>
        <w:t xml:space="preserve">    "imageUrl": "https://xxx.com/temp.jpg",</w:t>
        <w:br/>
        <w:t xml:space="preserve">    "violationTime": 120,</w:t>
        <w:br/>
        <w:t xml:space="preserve">    "scene": "religion",</w:t>
        <w:br/>
        <w:t xml:space="preserve">    "detail": "检测到宗教相关内容（《周易》需卦），违反规定，需要告警。",</w:t>
        <w:br/>
        <w:t xml:space="preserve">    "rate": "80.00",</w:t>
        <w:br/>
        <w:t xml:space="preserve">    "cutoffTime": "2025-07-24 10:00:00",</w:t>
        <w:br/>
        <w:t xml:space="preserve">    "violationItems": [</w:t>
        <w:br/>
        <w:t xml:space="preserve">        {</w:t>
        <w:br/>
        <w:t xml:space="preserve">            "item": "需卦内容展示",</w:t>
        <w:br/>
        <w:t xml:space="preserve">            "score": 80.0,</w:t>
        <w:br/>
        <w:t xml:space="preserve">            "reason": "图片中展示了《周易》中的需卦内容，包括卦辞、爻辞和卦象图，涉及宗教或哲学元素，可能被视为宗教相关内容。根据规则，宗教内容需要告警，无论是否敏感。",</w:t>
        <w:br/>
        <w:t xml:space="preserve">            "type": "religion"</w:t>
        <w:br/>
        <w:t xml:space="preserve">        }</w:t>
        <w:br/>
        <w:t xml:space="preserve">    ]</w:t>
        <w:br/>
        <w:t>}</w:t>
        <w:br/>
        <w:br/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直播违规断流回调通知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直播违规断流回调通知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