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直播录制音频审核回调通知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账号下频道直播录制音频审核异常违规时触发结果回调通知</w:t>
      </w:r>
    </w:p>
    <w:p>
      <w:pPr>
        <w:pStyle w:val="Heading2"/>
      </w:pPr>
      <w:r>
        <w:t>回调参数说明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违规直播录制的音频文件地址，注意：url为临时地址，请及时进行处理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违规具体原因总结描述 (可能为空)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violationItems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具体的违规项(可能为空)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违规项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违规项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violationText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违规语句内容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审核得分, 取值为</w:t>
            </w:r>
            <w:r>
              <w:rPr>
                <w:rFonts w:ascii="Menlo" w:hAnsi="Menlo"/>
                <w:color w:val="444444"/>
                <w:sz w:val="17"/>
              </w:rPr>
              <w:t>[0.00-100.00]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 数值越高代表违规的可能性越大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违规音频开始时间，格式：00:40:30.660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违规音频结束时间，格式：00:40:30.660</w:t>
            </w:r>
          </w:p>
        </w:tc>
      </w:tr>
    </w:tbl>
    <w:p>
      <w:pPr>
        <w:spacing w:after="40"/>
      </w:pPr>
    </w:p>
    <w:p>
      <w:pPr>
        <w:pStyle w:val="Heading2"/>
      </w:pPr>
      <w:r>
        <w:t>回调数据样例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https://xxx.com/callback?timestamp=1753280691000&amp;sign=xxxx</w:t>
        <w:br/>
        <w:br/>
        <w:t>{</w:t>
        <w:br/>
        <w:t xml:space="preserve">    "userId": "xxxxxxxxxx",</w:t>
        <w:br/>
        <w:t xml:space="preserve">    "channelId": 10001,</w:t>
        <w:br/>
        <w:t xml:space="preserve">    "audioUrl": "https://xxx.com/temp.m3u8",</w:t>
        <w:br/>
        <w:t xml:space="preserve">    "detail": "检测到宗教相关内容（《周易》需卦），违反规定，需要告警。",</w:t>
        <w:br/>
        <w:t xml:space="preserve">    "violationItems": [</w:t>
        <w:br/>
        <w:t xml:space="preserve">        {</w:t>
        <w:br/>
        <w:t xml:space="preserve">            "violationText": "需卦内容展示",</w:t>
        <w:br/>
        <w:t xml:space="preserve">            "score": 80.0,</w:t>
        <w:br/>
        <w:t xml:space="preserve">            "reason": "图片中展示了《周易》中的需卦内容，包括卦辞、爻辞和卦象图，涉及宗教或哲学元素，可能被视为宗教相关内容。根据规则，宗教内容需要告警，无论是否敏感。",</w:t>
        <w:br/>
        <w:t xml:space="preserve">            "startTime": "00:00:00.001",</w:t>
        <w:br/>
        <w:t xml:space="preserve">            "endTime": "00:00:10.001",</w:t>
        <w:br/>
        <w:t xml:space="preserve">        }</w:t>
        <w:br/>
        <w:t xml:space="preserve">    ]</w:t>
        <w:br/>
        <w:t>}</w:t>
        <w:br/>
        <w:br/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直播录制音频审核回调通知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