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反馈举报信息回调通知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使用本功能，用户发起反馈/举报后，服务端会对客户所设置的接口地址，以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方式提交到给用户自定义的回调接口进行通知。</w:t>
      </w:r>
    </w:p>
    <w:p>
      <w:pPr>
        <w:pStyle w:val="Heading2"/>
      </w:pPr>
      <w:r>
        <w:t>超时重试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1、回调服务器在发送消息通知后，5秒内没有收到您的服务器的响应，即认为通知失败。后续失败会以5秒间隔继续重试2次。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2、接口返回json对象，如果回调没有返回200，会重试2次，超过2次则丢弃日志</w:t>
      </w:r>
    </w:p>
    <w:p>
      <w:pPr>
        <w:pStyle w:val="Heading2"/>
      </w:pPr>
      <w:r>
        <w:t>回调消息格式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事件回调消息以 HTTP/HTTPS POST 请求发送给您的服务器，其中：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字符编码格式：UTF-8。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请求：body 格式为 JSON。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应答要求：响应头需指定Content-Type: application/json；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正确应答：http status code: 200为正确业务接收处理，其他状态一律视为失败重试处理 。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发起时间（格式：yyyyMMddHHmmss）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类型complaint：举报suggestion：反馈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报分类porn：色情低俗bloody：恐怖血腥scam：欺诈信息uncivilized：发言不雅illegal-entry：成员乱入infringe-right：侵犯权益other-violations：其他举报反馈分类stuck：页面卡顿black-screen：画面黑屏slow-access：访问缓慢poor-experience：体验不好play-suggestion：玩法建议other-feedback：其他反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主讲昵称</w:t>
            </w:r>
          </w:p>
        </w:tc>
      </w:tr>
    </w:tbl>
    <w:p>
      <w:pPr>
        <w:spacing w:after="40"/>
      </w:pPr>
    </w:p>
    <w:p>
      <w:pPr>
        <w:pStyle w:val="Heading2"/>
      </w:pPr>
      <w: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"userId": "43231hnaa2",</w:t>
        <w:br/>
        <w:t xml:space="preserve">  "channelId": 2191532,</w:t>
        <w:br/>
        <w:t xml:space="preserve">  "channelName": "测试",</w:t>
        <w:br/>
        <w:t xml:space="preserve">  "viewerId": "1676254629615",</w:t>
        <w:br/>
        <w:t xml:space="preserve">  "createdTime": "20230213112103",</w:t>
        <w:br/>
        <w:t xml:space="preserve">  "type": "suggestion",</w:t>
        <w:br/>
        <w:t xml:space="preserve">  "label": "stuck",</w:t>
        <w:br/>
        <w:t xml:space="preserve">  "content": "123123",</w:t>
        <w:br/>
        <w:t xml:space="preserve">  "imageUrls": ["http://liveimages.videocc.net/watch-feedback/43f5f9caa2/3757791/1676258463568_37rXln.jpeg"],</w:t>
        <w:br/>
        <w:t xml:space="preserve">  "contact": "",</w:t>
        <w:br/>
        <w:t xml:space="preserve">  "actor": "讲师",</w:t>
        <w:br/>
        <w:t xml:space="preserve">  "teacherName": "讲师"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直播间一键举报信息回调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反馈举报信息回调通知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