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报名提交与审核结果回调通知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观众提交报名信息或管理员审核报名后，会对所设置的接口地址进行回调通知。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设置接口地址后，当观众提交报名信息成功入库，或管理员在 Polyv 后台进行审核操作时，直播系统会将相关参数以 POST 方式提交到用户自定义的回调接口进行通知。</w:t>
      </w:r>
    </w:p>
    <w:p>
      <w:pPr>
        <w:pStyle w:val="Heading2"/>
      </w:pPr>
      <w:r>
        <w:t>回调参数说明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事件类型submit_application：提交报名audit_result：审核结果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观众唯一标识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JSON格式的字符串，包含所有报名表单字段，格式为 </w:t>
            </w:r>
            <w:r>
              <w:rPr>
                <w:rFonts w:ascii="Menlo" w:hAnsi="Menlo"/>
                <w:color w:val="444444"/>
                <w:sz w:val="17"/>
              </w:rPr>
              <w:t>{"fieldId":"value"}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审核状态（仅 audit_result 回调携带）pass：审核通过reject：审核拒绝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操作人userId（仅 audit_result 回调携带）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 md5(AppSecret+timestamp)，AppSecret是直播系统的密匙</w:t>
            </w:r>
          </w:p>
        </w:tc>
      </w:tr>
    </w:tbl>
    <w:p>
      <w:pPr>
        <w:spacing w:after="40"/>
      </w:pPr>
    </w:p>
    <w:p>
      <w:pPr>
        <w:pStyle w:val="Heading2"/>
      </w:pPr>
      <w:r>
        <w:t>回调示例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提交报名回调示例：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"type": "submit_application",</w:t>
        <w:br/>
        <w:t xml:space="preserve">    "channelId": "123456",</w:t>
        <w:br/>
        <w:t xml:space="preserve">    "timestamp": 1557976774000,</w:t>
        <w:br/>
        <w:t xml:space="preserve">    "viewerId": "viewer123",</w:t>
        <w:br/>
        <w:t xml:space="preserve">    "nickname": "张三",</w:t>
        <w:br/>
        <w:t xml:space="preserve">    "data": "{\"4486753\": \"表单内容\"}",</w:t>
        <w:br/>
        <w:t xml:space="preserve">    "sign": "xxdxxxxx"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审核结果回调示例：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"type": "audit_result",</w:t>
        <w:br/>
        <w:t xml:space="preserve">    "channelId": "123456",</w:t>
        <w:br/>
        <w:t xml:space="preserve">    "timestamp": 1557976774000,</w:t>
        <w:br/>
        <w:t xml:space="preserve">    "viewerId": "viewer123",</w:t>
        <w:br/>
        <w:t xml:space="preserve">    "nickname": "张三",</w:t>
        <w:br/>
        <w:t xml:space="preserve">    "data": "{\"4486753\": \"表单内容\"}",</w:t>
        <w:br/>
        <w:t xml:space="preserve">    "status": "pass",</w:t>
        <w:br/>
        <w:t xml:space="preserve">    "operator": "userId",</w:t>
        <w:br/>
        <w:t xml:space="preserve">    "sign": "xxdxxxxx"</w:t>
        <w:br/>
        <w:t>}</w:t>
      </w: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报名回调URL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注意：提交的接口地址必须要以 http:// 或者 https:// 开头</w:t>
      </w:r>
    </w:p>
    <w:p>
      <w:pPr>
        <w:pStyle w:val="Heading2"/>
      </w:pPr>
      <w:r>
        <w:t>后台设置参考图片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新版后台设置：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01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6ba2bde45fba1e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01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旧版后台设置：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3019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5a49745f2572a8f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301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若无法找到对应设置，可能为账号权限不足，如需获取帮助，请联系右下角在线客服解决。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报名提交与审核结果回调通知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