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频道自定义预约回调通知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针对打开了自定义预约并且设置了预约回调地址的频道，在预约时间段内，用户进入观看页点击观看页的预约或者取消预约按钮都会以*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*POST**方式提交到给用户自定义的回调接口。</w:t>
      </w:r>
    </w:p>
    <w:p>
      <w:pPr>
        <w:pStyle w:val="Heading2"/>
      </w:pPr>
      <w:r>
        <w:t>回调失败重试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接口如果没有返回 http status 200 状态码, 会认为用户处理本次回调失败，针对失败的情况, 会重试3次回调</w:t>
      </w:r>
    </w:p>
    <w:p>
      <w:pPr>
        <w:pStyle w:val="Heading2"/>
      </w:pPr>
      <w:r>
        <w:t>回调参数说明</w:t>
      </w:r>
    </w:p>
    <w:p>
      <w:pPr>
        <w:pStyle w:val="Heading3"/>
      </w:pPr>
      <w:r>
        <w:t>预约/取消预约回调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外部id (开通用户体系并且使用外部id才会有值)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用户行为（预约成功：booking/取消预约：cancel）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预约来源（直播前预约：pre_live/直播中预约：in_live）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来源直播间id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直播开始时间，格式：yyyy-MM-dd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promoteId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预约请求体(body参数: application/json)示例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 100001,</w:t>
        <w:br/>
        <w:t xml:space="preserve">  "sessionId": "100001_20231207140000",</w:t>
        <w:br/>
        <w:t xml:space="preserve">  "viewerId": "viewer_123456",</w:t>
        <w:br/>
        <w:t xml:space="preserve">  "externalViewerId": "ext_789012",</w:t>
        <w:br/>
        <w:t xml:space="preserve">  "type": "booking",</w:t>
        <w:br/>
        <w:t xml:space="preserve">  "source": "pre_live",</w:t>
        <w:br/>
        <w:t xml:space="preserve">  "sourceChannelId": 100001,</w:t>
        <w:br/>
        <w:t xml:space="preserve">  "operateTime": "2023-12-07 10:30:00",</w:t>
        <w:br/>
        <w:t xml:space="preserve">  "startTime": "2023-12-07 14:00:00",</w:t>
        <w:br/>
        <w:t xml:space="preserve">  "promoteId": "xxxxxxxxx"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取消预约请求体示例: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 xml:space="preserve">  "channelId": 100001,</w:t>
        <w:br/>
        <w:t xml:space="preserve">  "sessionId": "100001_20231207140000",</w:t>
        <w:br/>
        <w:t xml:space="preserve">  "viewerId": "viewer_123456",</w:t>
        <w:br/>
        <w:t xml:space="preserve">  "externalViewerId": "ext_789012",</w:t>
        <w:br/>
        <w:t xml:space="preserve">  "type": "cancel",</w:t>
        <w:br/>
        <w:t xml:space="preserve">  "source": "pre_live",</w:t>
        <w:br/>
        <w:t xml:space="preserve">  "sourceChannelId": 100001,</w:t>
        <w:br/>
        <w:t xml:space="preserve">  "operateTime": "2023-12-07 10:30:00",</w:t>
        <w:br/>
        <w:t xml:space="preserve">  "startTime": "2023-12-07 14:00:00",</w:t>
        <w:br/>
        <w:t xml:space="preserve">  "promoteId": "xxxxxxxxx"</w:t>
        <w:br/>
        <w:t xml:space="preserve">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频道自定义预约回调通知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