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视频创作回调通知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用户发起任务后，服务端会对客户所设置的接口地址，以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方式提交任务处理情况到用户自定义的回调接口。</w:t>
      </w:r>
    </w:p>
    <w:p>
      <w:pPr>
        <w:pStyle w:val="Heading2"/>
      </w:pPr>
      <w:r>
        <w:t>回调失败重试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接口如果没有返回 http status 200 状态码, 会认为用户处理本次回调失败，针对失败的情况, 会重试3次回调</w:t>
      </w:r>
    </w:p>
    <w:p>
      <w:pPr>
        <w:pStyle w:val="Heading2"/>
      </w:pPr>
      <w:r>
        <w:t>回调参数说明</w:t>
      </w:r>
    </w:p>
    <w:p>
      <w:pPr>
        <w:pStyle w:val="Heading3"/>
      </w:pPr>
      <w:r>
        <w:t>提交制课任务回调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existDigitalHuman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是否包含数字人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状态, WAITING, 代表提交任务成功, 进入等待制作状态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子账号信息, 如果是主账号创建的制课任务, 此字段返回null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childUserInfo字段说明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字幕信息字段说明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"existDigitalHuman": true,</w:t>
        <w:br/>
        <w:t xml:space="preserve">  "fileName": "智能制课测试PPT.pptx",</w:t>
        <w:br/>
        <w:t xml:space="preserve">  "videoName": "智能制课测试PPT",</w:t>
        <w:br/>
        <w:t xml:space="preserve">  "id": 1000,</w:t>
        <w:br/>
        <w:t xml:space="preserve">  "status": "WAITING",</w:t>
        <w:br/>
        <w:t xml:space="preserve">  "childUserInfo": {</w:t>
        <w:br/>
        <w:t xml:space="preserve">    "userId": "abc483974343",</w:t>
        <w:br/>
        <w:t xml:space="preserve">    "email": "xxx-child-user@qq.com",</w:t>
        <w:br/>
        <w:t xml:space="preserve">    "name": "张三",</w:t>
        <w:br/>
        <w:t xml:space="preserve">    "organizationId": 1001</w:t>
        <w:br/>
        <w:t xml:space="preserve">  },</w:t>
        <w:br/>
        <w:t xml:space="preserve">  "subtitleInfo": {</w:t>
        <w:br/>
        <w:t xml:space="preserve">    "enableSubtitle": "true"</w:t>
        <w:br/>
        <w:t xml:space="preserve">  }</w:t>
        <w:br/>
        <w:t>}</w:t>
      </w:r>
    </w:p>
    <w:p>
      <w:pPr>
        <w:pStyle w:val="Heading3"/>
      </w:pPr>
      <w:r>
        <w:t>制课成功回调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视频文件大小, 单位是byte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视频时长, 单位是秒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制作完成时间（格式：yyyy-MM-dd HH:mm:ss）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existDigitalHuman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是否包含数字人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状态, SUCCESS代表制课成功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子账号信息, 如果是主账号创建的制课任务, 此字段返回null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childUserInfo字段说明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字幕信息字段说明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"existDigitalHuman": true,</w:t>
        <w:br/>
        <w:t xml:space="preserve">  "videoPath": "https://oss-live-1.videocc.net/pptvideo/20231207/video/1000_5a8eaaceb8c58ef8c872c7dah8db71eb5453dbe25b5pptVideocommon.mp4",</w:t>
        <w:br/>
        <w:t xml:space="preserve">  "audioPath": "https://oss-live-1.videocc.net/pptvideo/20231207/video/1000_5a8eaaceb8c58ef8c872c7dah8db71eb5453dbe25b5pptVideocommon.mp3",</w:t>
        <w:br/>
        <w:t xml:space="preserve">  "fileName": "智能制课测试PPT.pptx",</w:t>
        <w:br/>
        <w:t xml:space="preserve">  "videoFileSize": 1025386,</w:t>
        <w:br/>
        <w:t xml:space="preserve">  "dealTime": "2023-12-05 14:30:30",</w:t>
        <w:br/>
        <w:t xml:space="preserve">  "videoName": "智能制课测试PPT",</w:t>
        <w:br/>
        <w:t xml:space="preserve">  "videoImage": "https://oss-live-1.videocc.net/pptvideo/20231207/image/1000_5a8eaaceb8c58ef8c872c7dah8db71eb5453dbe25b5pptVideocommon.jpeg",</w:t>
        <w:br/>
        <w:t xml:space="preserve">  "videoDuration": 62,</w:t>
        <w:br/>
        <w:t xml:space="preserve">  "id": 1000,</w:t>
        <w:br/>
        <w:t xml:space="preserve">  "status": "SUCCESS",</w:t>
        <w:br/>
        <w:t xml:space="preserve">  "childUserInfo": {</w:t>
        <w:br/>
        <w:t xml:space="preserve">    "userId": "abc483974343",</w:t>
        <w:br/>
        <w:t xml:space="preserve">    "email": "xxx-child-user@qq.com",</w:t>
        <w:br/>
        <w:t xml:space="preserve">    "name": "张三",</w:t>
        <w:br/>
        <w:t xml:space="preserve">    "organizationId": 1001</w:t>
        <w:br/>
        <w:t xml:space="preserve">  },</w:t>
        <w:br/>
        <w:t xml:space="preserve">  "subtitleInfo": {</w:t>
        <w:br/>
        <w:t xml:space="preserve">    "enableSubtitle": "true",</w:t>
        <w:br/>
        <w:t xml:space="preserve">    "subtitlePath": "http://example.com/xxx/xxx/abc.srt"</w:t>
        <w:br/>
        <w:t xml:space="preserve">  }</w:t>
        <w:br/>
        <w:t>}</w:t>
      </w:r>
    </w:p>
    <w:p>
      <w:pPr>
        <w:pStyle w:val="Heading3"/>
      </w:pPr>
      <w:r>
        <w:t>制课失败回调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当视频创作任务最终进入失败状态时触发。对于同一个任务，仅首次由非失败状态进入失败状态时发送回调，重复更新失败状态不会重复发送。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制课所用到ppt的文件id，没有值时返回空字符串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制课所用到ppt的文件名，没有值时返回空字符串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视频地址，失败时可能返回null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音频地址，失败时可能返回null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视频文件大小，单位是byte，失败时可能返回null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视频时长，单位是秒，失败时可能返回null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视频封面图地址，失败时可能返回null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制作完成时间（格式：yyyy-MM-dd HH:mm:ss），失败时可能返回null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existDigitalHuman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是否包含数字人，取值为true或false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状态，FAIL代表制课失败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面向客户的失败原因；无法提供明确原因时返回“视频制作失败，请联系技术支持”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视频创作来源，PPT_VIDEO代表PPT视频，VIDEO_PRODUCE代表视频制作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accountUserInfo字段说明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子账号信息，如果是主账号创建的制课任务，此字段返回null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childUserInfo字段说明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字幕信息字段说明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"id": 1000,</w:t>
        <w:br/>
        <w:t xml:space="preserve">  "videoName": "智能制课测试PPT",</w:t>
        <w:br/>
        <w:t xml:space="preserve">  "videoPath": null,</w:t>
        <w:br/>
        <w:t xml:space="preserve">  "audioPath": null,</w:t>
        <w:br/>
        <w:t xml:space="preserve">  "videoFileSize": null,</w:t>
        <w:br/>
        <w:t xml:space="preserve">  "videoDuration": null,</w:t>
        <w:br/>
        <w:t xml:space="preserve">  "videoImage": null,</w:t>
        <w:br/>
        <w:t xml:space="preserve">  "fileId": "abc123456",</w:t>
        <w:br/>
        <w:t xml:space="preserve">  "fileName": "智能制课测试PPT.pptx",</w:t>
        <w:br/>
        <w:t xml:space="preserve">  "dealTime": null,</w:t>
        <w:br/>
        <w:t xml:space="preserve">  "existDigitalHuman": "true",</w:t>
        <w:br/>
        <w:t xml:space="preserve">  "status": "FAIL",</w:t>
        <w:br/>
        <w:t xml:space="preserve">  "source": "VIDEO_PRODUCE",</w:t>
        <w:br/>
        <w:t xml:space="preserve">  "errorMessage": "素材文件为空",</w:t>
        <w:br/>
        <w:t xml:space="preserve">  "accountUserInfo": {</w:t>
        <w:br/>
        <w:t xml:space="preserve">    "userId": "abc483974343",</w:t>
        <w:br/>
        <w:t xml:space="preserve">    "email": "xxx@qq.com"</w:t>
        <w:br/>
        <w:t xml:space="preserve">  },</w:t>
        <w:br/>
        <w:t xml:space="preserve">  "childUserInfo": null,</w:t>
        <w:br/>
        <w:t xml:space="preserve">  "subtitleInfo": {</w:t>
        <w:br/>
        <w:t xml:space="preserve">    "enableSubtitle": true,</w:t>
        <w:br/>
        <w:t xml:space="preserve">    "subtitlePath": null</w:t>
        <w:br/>
        <w:t xml:space="preserve">  }</w:t>
        <w:br/>
        <w:t>}</w:t>
      </w:r>
    </w:p>
    <w:p>
      <w:pPr>
        <w:pStyle w:val="Heading3"/>
      </w:pPr>
      <w:r>
        <w:t>删除制课任务回调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制课所用到ppt的文件名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 (如果删除的是制课失败的任务, 此字段返回为null)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视频封面图地址 (如果删除的是制课失败的任务, 此字段返回为null)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视频时长, 单位是秒 (如果删除的是制课失败的任务, 此字段返回为null)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制作完成时间（格式：yyyy-MM-dd HH:mm:ss）(如果删除的是制课失败的任务, 此字段返回为null)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existDigitalHuman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是否包含数字人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状态, DELETE代表删除制课任务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子账号信息, 如果是主账号创建的制课任务, 此字段返回null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childUserInfo字段说明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"existDigitalHuman": true,</w:t>
        <w:br/>
        <w:t xml:space="preserve">  "videoPath": "https://oss-live-1.videocc.net/pptvideo/20231207/video/1000_5a8eaaceb8c58ef8c872c7dah8db71eb5453dbe25b5pptVideocommon.mp4",</w:t>
        <w:br/>
        <w:t xml:space="preserve">  "fileName": "智能制课测试PPT.pptx",</w:t>
        <w:br/>
        <w:t xml:space="preserve">  "dealTime": "2023-12-05 14:30:30",</w:t>
        <w:br/>
        <w:t xml:space="preserve">  "videoName": "智能制课测试PPT",</w:t>
        <w:br/>
        <w:t xml:space="preserve">  "videoImage": "https://oss-live-1.videocc.net/pptvideo/20231207/image/1000_5a8eaaceb8c58ef8c872c7dah8db71eb5453dbe25b5pptVideocommon.jpeg",</w:t>
        <w:br/>
        <w:t xml:space="preserve">  "id": 1000,</w:t>
        <w:br/>
        <w:t xml:space="preserve">  "status": "DELETE",</w:t>
        <w:br/>
        <w:t xml:space="preserve">  "childUserInfo": null</w:t>
        <w:br/>
        <w:t>}</w:t>
      </w:r>
    </w:p>
    <w:p>
      <w:pPr>
        <w:pStyle w:val="Heading3"/>
      </w:pPr>
      <w:r>
        <w:t>accountUserInfo字段说明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主账号邮箱</w:t>
            </w:r>
          </w:p>
        </w:tc>
      </w:tr>
    </w:tbl>
    <w:p>
      <w:pPr>
        <w:spacing w:after="40"/>
      </w:pPr>
    </w:p>
    <w:p>
      <w:pPr>
        <w:pStyle w:val="Heading3"/>
      </w:pPr>
      <w:r>
        <w:t>childUserInfo字段说明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子账号名字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子账号组织id</w:t>
            </w:r>
          </w:p>
        </w:tc>
      </w:tr>
    </w:tbl>
    <w:p>
      <w:pPr>
        <w:spacing w:after="40"/>
      </w:pPr>
    </w:p>
    <w:p>
      <w:pPr>
        <w:pStyle w:val="Heading3"/>
      </w:pPr>
      <w:r>
        <w:t>字幕信息字段说明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enableSubtitle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是否开启字幕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字幕链接</w:t>
            </w:r>
          </w:p>
        </w:tc>
      </w:tr>
    </w:tbl>
    <w:p>
      <w:pPr>
        <w:spacing w:after="40"/>
      </w:pPr>
    </w:p>
    <w:p>
      <w:pPr>
        <w:pStyle w:val="Heading3"/>
      </w:pPr>
      <w:r>
        <w:t>成功保存制课任务草稿回调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制课任务id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草稿所使用PPT的文件id，未选择或未传入PPT时返回空字符串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草稿所使用PPT的文件名，未选择或未传入PPT时返回空字符串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existDigitalHuman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是否包含数字人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修改人的IP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状态, DRAFT, 代表成功保存草稿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"existDigitalHuman": true,</w:t>
        <w:br/>
        <w:t xml:space="preserve">  "fileId": "2c38b75fc16a1dee3822950fa817d477915c3aad3apptVideocommon",</w:t>
        <w:br/>
        <w:t xml:space="preserve">  "fileName": "智能制课测试PPT.pptx",</w:t>
        <w:br/>
        <w:t xml:space="preserve">  "videoName": "智能制课测试PPT",</w:t>
        <w:br/>
        <w:t xml:space="preserve">  "id": 1000,</w:t>
        <w:br/>
        <w:t xml:space="preserve">  "clientIp": "183.22.1.33",</w:t>
        <w:br/>
        <w:t xml:space="preserve">  "status": "DRAFT"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未选择或未传入PPT时，</w:t>
      </w:r>
      <w:r>
        <w:rPr>
          <w:rFonts w:ascii="Menlo" w:hAnsi="Menlo"/>
          <w:color w:val="444444"/>
          <w:sz w:val="20"/>
        </w:rPr>
        <w:t>fileId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fileName</w:t>
      </w:r>
      <w:r>
        <w:rPr>
          <w:rFonts w:ascii="Source Han Sans SC" w:hAnsi="Source Han Sans SC" w:eastAsia="Source Han Sans SC" w:cs="Source Han Sans SC" w:hint="eastAsia"/>
          <w:sz w:val="21"/>
        </w:rPr>
        <w:t>字段仍会返回，字段值为空字符串：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"existDigitalHuman": true,</w:t>
        <w:br/>
        <w:t xml:space="preserve">  "fileId": "",</w:t>
        <w:br/>
        <w:t xml:space="preserve">  "fileName": "",</w:t>
        <w:br/>
        <w:t xml:space="preserve">  "videoName": "智能制课测试PPT",</w:t>
        <w:br/>
        <w:t xml:space="preserve">  "id": 1000,</w:t>
        <w:br/>
        <w:t xml:space="preserve">  "clientIp": "183.22.1.33",</w:t>
        <w:br/>
        <w:t xml:space="preserve">  "status": "DRAFT"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视频创作信息回调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视频创作回调通知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