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查询所有频道的回放视频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1、查询账号下回放列表和点播列表, 注意：不包括暂存列表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http://api.polyv.net/live/v3/user/playback/list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频道号，不传查询账号下所有回放视频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页码，默认为1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每页数据大小，默认为20，合法范围为1-1000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order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排序规则，取值timeDesc：按createdTime降序rankDesc：按rank降序time：按createdTime升序rank：按rank升序，默认是timeDesc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playback：回放列表vod：点播列表，默认是playback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https://api.polyv.net/live/v3/user/playback/list?categoryIds=340019%2C345134&amp;appId=frlr1zazn3&amp;sign=CD602DA08E520D4EA28F20554907E0F2&amp;pageSize=2&amp;page=2&amp;listType=playback&amp;timestamp=1621841524123&amp;order=timeDesc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响应成功时返回回放视频列表信息【详见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每页数据大小，默认10，最大值1000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总的条数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当前页第一条记录在总结果集中的位置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是否为第一页，值为：true/false，默认false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是否为最后一页，值为：true/false，默认false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每页数量大小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当前页最后一条记录在总结果集中的位置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offset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分页起始记录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直播系统生成的id （视频库中的回放视频）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videoPoolId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点播视频vid （视频库中的回放视频）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回放视频对应的直播频道号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视频首图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视频长度，格式为HH:mm:ss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myBr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默认视频的播放清晰度1：流畅2：高清3：超清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访客信息收集id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视频加密状态，1表示为加密状态，0为非加密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ordertime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关联点播视频的排序字段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添加为回放视频的日期，13位毫秒级时间戳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视频最后修改日期，13位毫秒级时间戳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排序值，值越大优先级越高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asDefault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是否为默认播放视频，值为Y/NY：是N：否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视频播放地址，注：如果视频为加密视频，则此地址无法访问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用于PPT请求数据，与PPT直播的回放相关，普通直播回放值为null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转存点播视频完成状态，已完成：Y，未完成：N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回放视频转存前的暂存fileId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直播开始时间，格式：yyyyMMddHHmmss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直播类型alone：活动直播ppt：三分屏topclass：大班课seminar：研讨会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width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视频宽度，返回为null，暂不返回具体值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height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视频高度，返回为null，暂不返回具体值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转存文件来源manual：手动录制auto：自动录制merge：合并clip：裁剪smart-clip：智能裁剪，返回为null，暂不返回具体值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callbackUrl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转存视频时设置的回调地址，返回为null，暂不返回具体值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处理失败的次数，返回为null，暂不返回具体值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语言zh_CN：中文EN：英文，返回为null，暂不返回具体值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英文回放videoId，返回为null，暂不返回具体值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enFileUrl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英文回放文件地址，返回为null，暂不返回具体值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mergeinfo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视频合并信息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观看回放视频的地址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LoggerFactory.getLogger(AccountTest.class);</w:t>
        <w:br/>
        <w:t>/**</w:t>
        <w:br/>
        <w:t xml:space="preserve"> * 查询所有频道的回放视频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testUserPlaybackList() throws IOException, NoSuchAlgorithmException {</w:t>
        <w:br/>
        <w:t xml:space="preserve">    //公共参数,填写自己的实际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"https://api.polyv.net/live/v3/user/playback/list";</w:t>
        <w:br/>
        <w:t xml:space="preserve">    String categoryIds="340019,345134";</w:t>
        <w:br/>
        <w:t xml:space="preserve">    String page = "2";</w:t>
        <w:br/>
        <w:t xml:space="preserve">    String pageSize="2";</w:t>
        <w:br/>
        <w:t xml:space="preserve">    String order="timeDesc";</w:t>
        <w:br/>
        <w:t xml:space="preserve">    String listType="playback";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requestMap.put("categoryIds", categoryIds);</w:t>
        <w:br/>
        <w:t xml:space="preserve">    requestMap.put("page", page);</w:t>
        <w:br/>
        <w:t xml:space="preserve">    requestMap.put("pageSize", pageSize);</w:t>
        <w:br/>
        <w:t xml:space="preserve">    requestMap.put("order", order);</w:t>
        <w:br/>
        <w:t xml:space="preserve">    requestMap.put("listType", listType);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log.info("测试查询所有频道的回放视频，返回值：{}",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"data":{</w:t>
        <w:br/>
        <w:t xml:space="preserve">        "pageSize":2,</w:t>
        <w:br/>
        <w:t xml:space="preserve">        "pageNumber":2,</w:t>
        <w:br/>
        <w:t xml:space="preserve">        "totalItems":8,</w:t>
        <w:br/>
        <w:t xml:space="preserve">        "contents":[</w:t>
        <w:br/>
        <w:t xml:space="preserve">            {</w:t>
        <w:br/>
        <w:t xml:space="preserve">                "videoId":"8073e37567",</w:t>
        <w:br/>
        <w:t xml:space="preserve">                "videoPoolId":"1b448be323a9076c9941604ac1c667f9_1",</w:t>
        <w:br/>
        <w:t xml:space="preserve">                "userId":"1b448be323",</w:t>
        <w:br/>
        <w:t xml:space="preserve">                "channelId":1965681,</w:t>
        <w:br/>
        <w:t xml:space="preserve">                "title":"Junit测试(勿删)",</w:t>
        <w:br/>
        <w:t xml:space="preserve">                "firstImage":"//doc.polyv.net/images/default/blackboard.png",</w:t>
        <w:br/>
        <w:t xml:space="preserve">                "duration":"05:15:01",</w:t>
        <w:br/>
        <w:t xml:space="preserve">                "myBr":"1",</w:t>
        <w:br/>
        <w:t xml:space="preserve">                "qid":null,</w:t>
        <w:br/>
        <w:t xml:space="preserve">                "seed":0,</w:t>
        <w:br/>
        <w:t xml:space="preserve">                "ordertime":0,</w:t>
        <w:br/>
        <w:t xml:space="preserve">                "createdTime":1610358017000,</w:t>
        <w:br/>
        <w:t xml:space="preserve">                "lastModified":1615521715000,</w:t>
        <w:br/>
        <w:t xml:space="preserve">                "rank":3,</w:t>
        <w:br/>
        <w:t xml:space="preserve">                "asDefault":"N",</w:t>
        <w:br/>
        <w:t xml:space="preserve">                "url":"https://hls.videocc.net/source/1b448be323/9/1b448be323a9076c9941604ac1c667f9_1.m3u8",</w:t>
        <w:br/>
        <w:t xml:space="preserve">                "channelSessionId":"fsz5i7qzr2",</w:t>
        <w:br/>
        <w:t xml:space="preserve">                "status":"Y",</w:t>
        <w:br/>
        <w:t xml:space="preserve">                "fileUrl":"http://oss-live-2.videocc.net/record/2020-11-12/1b448be3231603155365715c1aa/recordmerge-20201112093918.m3u8",</w:t>
        <w:br/>
        <w:t xml:space="preserve">                "fileId":"0145efa91ec0b1bf6f82cc2f6ac98abb",</w:t>
        <w:br/>
        <w:t xml:space="preserve">                "startTime":"20201028110419",</w:t>
        <w:br/>
        <w:t xml:space="preserve">                "liveType":"ppt",</w:t>
        <w:br/>
        <w:t xml:space="preserve">                "width":null,</w:t>
        <w:br/>
        <w:t xml:space="preserve">                "height":null,</w:t>
        <w:br/>
        <w:t xml:space="preserve">                "origin":null,</w:t>
        <w:br/>
        <w:t xml:space="preserve">                "callbackUrl":null,</w:t>
        <w:br/>
        <w:t xml:space="preserve">                "errorCount":null,</w:t>
        <w:br/>
        <w:t xml:space="preserve">                "lang":null,</w:t>
        <w:br/>
        <w:t xml:space="preserve">                "videoIdEN":null,</w:t>
        <w:br/>
        <w:t xml:space="preserve">                "enFileUrl":null,</w:t>
        <w:br/>
        <w:t xml:space="preserve">                "mergeinfo":"["20201028110421,18617,fsiog0shsh","20201028161448,4,fsix03jel5","20201028161455,65,fsix07id6x","20201028161618,38,fsix2mm1qj","20201028161705,119,fsix3fcffb","20201028164653,63,fsixx18b0p"]",</w:t>
        <w:br/>
        <w:t xml:space="preserve">                "watchUrl":"//live.polyv.cn/watch/1965681?vid=8073e37567"</w:t>
        <w:br/>
        <w:t xml:space="preserve">            },</w:t>
        <w:br/>
        <w:t xml:space="preserve">            {</w:t>
        <w:br/>
        <w:t xml:space="preserve">                "videoId":"b24edc10fd",</w:t>
        <w:br/>
        <w:t xml:space="preserve">                "videoPoolId":"1b448be3230a0194d959426ae005645f_1",</w:t>
        <w:br/>
        <w:t xml:space="preserve">                "userId":"1b448be323",</w:t>
        <w:br/>
        <w:t xml:space="preserve">                "channelId":1965681,</w:t>
        <w:br/>
        <w:t xml:space="preserve">                "title":"Junit测试(勿删)",</w:t>
        <w:br/>
        <w:t xml:space="preserve">                "firstImage":"//doc.polyv.net/images/default/blackboard.png",</w:t>
        <w:br/>
        <w:t xml:space="preserve">                "duration":"00:03:00",</w:t>
        <w:br/>
        <w:t xml:space="preserve">                "myBr":"1",</w:t>
        <w:br/>
        <w:t xml:space="preserve">                "qid":null,</w:t>
        <w:br/>
        <w:t xml:space="preserve">                "seed":0,</w:t>
        <w:br/>
        <w:t xml:space="preserve">                "ordertime":0,</w:t>
        <w:br/>
        <w:t xml:space="preserve">                "createdTime":1610358014000,</w:t>
        <w:br/>
        <w:t xml:space="preserve">                "lastModified":1615521715000,</w:t>
        <w:br/>
        <w:t xml:space="preserve">                "rank":2,</w:t>
        <w:br/>
        <w:t xml:space="preserve">                "asDefault":"N",</w:t>
        <w:br/>
        <w:t xml:space="preserve">                "url":"https://hls.videocc.net/source/1b448be323/f/1b448be3230a0194d959426ae005645f_1.m3u8",</w:t>
        <w:br/>
        <w:t xml:space="preserve">                "channelSessionId":"ftmnaan4l3",</w:t>
        <w:br/>
        <w:t xml:space="preserve">                "status":"Y",</w:t>
        <w:br/>
        <w:t xml:space="preserve">                "fileUrl":"https://oss-live-2.videocc.net/record/record/recordf/1b448be3231603155365715c1aa/1b448be3230a0194d959426ae005645f/2020-12-03-17-03-44_2020-12-03-17-06-53.m3u8",</w:t>
        <w:br/>
        <w:t xml:space="preserve">                "fileId":"387c5c4ca5f5d8aef24726ed3f0845b7",</w:t>
        <w:br/>
        <w:t xml:space="preserve">                "startTime":"20201203170345",</w:t>
        <w:br/>
        <w:t xml:space="preserve">                "liveType":"ppt",</w:t>
        <w:br/>
        <w:t xml:space="preserve">                "width":null,</w:t>
        <w:br/>
        <w:t xml:space="preserve">                "height":null,</w:t>
        <w:br/>
        <w:t xml:space="preserve">                "origin":null,</w:t>
        <w:br/>
        <w:t xml:space="preserve">                "callbackUrl":null,</w:t>
        <w:br/>
        <w:t xml:space="preserve">                "errorCount":null,</w:t>
        <w:br/>
        <w:t xml:space="preserve">                "lang":null,</w:t>
        <w:br/>
        <w:t xml:space="preserve">                "videoIdEN":null,</w:t>
        <w:br/>
        <w:t xml:space="preserve">                "enFileUrl":null,</w:t>
        <w:br/>
        <w:t xml:space="preserve">                "mergeinfo":"["20201203170401,174,ftmnaan4l3"]",</w:t>
        <w:br/>
        <w:t xml:space="preserve">                "watchUrl":"//live.polyv.cn/watch/1965681?vid=b24edc10fd"</w:t>
        <w:br/>
        <w:t xml:space="preserve">            }</w:t>
        <w:br/>
        <w:t xml:space="preserve">        ],</w:t>
        <w:br/>
        <w:t xml:space="preserve">        "startRow":3,</w:t>
        <w:br/>
        <w:t xml:space="preserve">        "firstPage":false,</w:t>
        <w:br/>
        <w:t xml:space="preserve">        "lastPage":false,</w:t>
        <w:br/>
        <w:t xml:space="preserve">        "prePageNumber":1,</w:t>
        <w:br/>
        <w:t xml:space="preserve">        "limit":2,</w:t>
        <w:br/>
        <w:t xml:space="preserve">        "nextPageNumber":3,</w:t>
        <w:br/>
        <w:t xml:space="preserve">        "endRow":4,</w:t>
        <w:br/>
        <w:t xml:space="preserve">        "totalPages":4,</w:t>
        <w:br/>
        <w:t xml:space="preserve">        "offset":2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查询所有频道的回放视频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