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修改直播分类名称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1、修改直播频道分类的名称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http://api.polyv.net/live/v3/user/category/update-name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2、"默认分类"不允许修改名称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http://api.polyv.net/live/v3/user/category/update-name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appId=frlr1zazn3&amp;sign=EF68992D79446070C6300677A30B4440&amp;categoryName=%E5%88%86%E7%B1%BB234&amp;categoryId=345134&amp;timestamp=1621841517741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成功或失败都是返回空字符串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Category参数描述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修改某个分类的名称</w:t>
        <w:br/>
        <w:t xml:space="preserve"> * @throws IOException</w:t>
        <w:br/>
        <w:t xml:space="preserve"> */</w:t>
        <w:br/>
        <w:t>@Test</w:t>
        <w:br/>
        <w:t>public void testUpdateCategoryName()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"http://api.polyv.net/live/v3/user/category/update-name";</w:t>
        <w:br/>
        <w:t xml:space="preserve">    String categoryId = "345134";</w:t>
        <w:br/>
        <w:t xml:space="preserve">    String categoryName = "分类234";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requestMap.put("categoryId",categoryId);</w:t>
        <w:br/>
        <w:t xml:space="preserve">    requestMap.put("categoryName",categoryName);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log.info("测试修改某个分类的名称：{}",response);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修改直播分类名称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