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单点登录后台</w:t>
      </w:r>
    </w:p>
    <w:p>
      <w:pPr>
        <w:pStyle w:val="Heading1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单点登录可以实现在登录已有系统的状态下，免登录操作进入保利威的账号、保利威的直播子账号、频道、助教，做直播相关设置</w:t>
      </w:r>
    </w:p>
    <w:p>
      <w:pPr>
        <w:pStyle w:val="Heading1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保利威后台单点登录分：账号、直播子账号、频道、助教四种，其中账号和子账号的对接方式一致。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账号：进入账号后台，获取最高的管理员权限，管理所有频道、子频道，适合机构管理员的登录跳转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直播子账号：进入账号后台，根据后台配置的对应账号角色权限，拥有不同操作后台功能权限，适合机构不同角色员工的登录跳转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频道：进入频道后台，仅获取当前频道的管理员权限，可管理当前频道及频道下的子频道，适合讲师的登录跳转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助教：仅可进入助教页面，协助讲师在直播中管理聊天室、发起互动功能等，适合助教、助理的登录跳转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嘉宾：仅可进入嘉宾连麦页面，协助讲师解答问题、完成直播等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讲师：仅可进入直播页面，直接进入直播界面开始直播、发起互动功能等，适合讲师、主持人的登录跳转</w:t>
      </w:r>
    </w:p>
    <w:p>
      <w:pPr>
        <w:pStyle w:val="Heading1"/>
      </w:pPr>
      <w:r>
        <w:t>温馨提示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&amp;#8195;&amp;#8195;1、区分新版后台、旧版后台请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点这里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&amp;#8195;&amp;#8195;2、单点登录后跳转的地址redirect参数区分新版后台和旧版后台，请按照实际情况跳转。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&amp;#8195;&amp;#8195;3、新版直播后台默认域名为 https://console.polyv.net ，旧版直播后台默认域名为 https://live.polyv.net ，如果您做了CNAME定制，可以将redirect参数中的默认域名替换为CNAME设置的域名。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&amp;#8195;&amp;#8195;4、单点登录在线demo访问请点这里。</w:t>
      </w:r>
    </w:p>
    <w:p>
      <w:pPr>
        <w:pStyle w:val="Heading1"/>
      </w:pPr>
      <w:r>
        <w:t>流程图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020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6ddd3b43bfcdf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020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账号单点登录</w:t>
      </w:r>
    </w:p>
    <w:p>
      <w:pPr>
        <w:pStyle w:val="Heading2"/>
      </w:pPr>
      <w:r>
        <w:t>1、设置单点登录token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设置账号单点登录token</w:t>
      </w:r>
    </w:p>
    <w:p>
      <w:pPr>
        <w:pStyle w:val="Heading2"/>
      </w:pPr>
      <w:r>
        <w:t>2、账号授权登录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账号级授权地址为 https://console.polyv.net/v2/sso/userLogin.do ，拼接后的地址为 https://console.polyv.net/v2/sso/userLogin.do?userId={userId}&amp;token={token}&amp;redirect={redirect} ，您在浏览器中打开授权地址即可，请求参数说明如下：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第一步设置的token值，10秒内且一次验证有效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，取值可参照【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账号级redirect取值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】默认为直播列表页</w:t>
            </w:r>
          </w:p>
        </w:tc>
      </w:tr>
    </w:tbl>
    <w:p>
      <w:pPr>
        <w:spacing w:after="40"/>
      </w:pPr>
    </w:p>
    <w:p>
      <w:pPr>
        <w:pStyle w:val="Heading3"/>
      </w:pPr>
      <w:r>
        <w:t>账号级redirect取值（url编码前）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https://console.polyv.net/live/index.html#/channel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直播列表页，支持参数hideTop、hideLeft隐藏顶部和左侧菜单项，如：https://console.polyv.net/live/index.html#/channel?hideTop=true&amp;hideLeft=true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https://live.polyv.net/#/channel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直播列表页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https://live.polyv.net/#/develop/appId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直播后台开发设置</w:t>
            </w:r>
          </w:p>
        </w:tc>
      </w:tr>
    </w:tbl>
    <w:p>
      <w:pPr>
        <w:spacing w:after="40"/>
      </w:pPr>
    </w:p>
    <w:p>
      <w:pPr>
        <w:pStyle w:val="Heading3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https://console.polyv.net/v2/sso/userLogin.do?userId=1b448be323&amp;token=yourToken&amp;redirect=https%3A%2F%2Fconsole.polyv.net%2Flive%2Findex.html</w:t>
      </w:r>
    </w:p>
    <w:p>
      <w:pPr>
        <w:pStyle w:val="Heading3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//账号单点登录</w:t>
        <w:br/>
        <w:t xml:space="preserve">    @Test</w:t>
        <w:br/>
        <w:t xml:space="preserve">    public void testAccountSSO()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//自定义的token，只能使用一次，且10秒内有效</w:t>
        <w:br/>
        <w:t xml:space="preserve">        String token = UUID.randomUUID().toString().replaceAll("-", "");</w:t>
        <w:br/>
        <w:t xml:space="preserve">        String url = "https://api.polyv.net/live/v3/user/set-sso-token";</w:t>
        <w:br/>
        <w:br/>
        <w:t xml:space="preserve">        //1、设置频道单点登录token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requestMap.put("token", token);</w:t>
        <w:br/>
        <w:t xml:space="preserve">        requestMap.put("sign", LiveSignUtil.getSign(requestMap, appSecret));</w:t>
        <w:br/>
        <w:t xml:space="preserve">        String response = HttpUtil.postFormBody(url, requestMap);</w:t>
        <w:br/>
        <w:t xml:space="preserve">        //TODO 判断response返回是否成功</w:t>
        <w:br/>
        <w:br/>
        <w:t xml:space="preserve">        //2、生成账号授权登录地址</w:t>
        <w:br/>
        <w:t xml:space="preserve">        String redirectUrl = "https://console.polyv.net/live/index.html";</w:t>
        <w:br/>
        <w:t xml:space="preserve">        String authURL = "https://console.polyv.net/v2/sso/userLogin.do";</w:t>
        <w:br/>
        <w:t xml:space="preserve">        authURL +=</w:t>
        <w:br/>
        <w:t xml:space="preserve">        "?userId=" + userId + "&amp;token=" + token + "&amp;redirect=" + URLEncoder.encode(redirectUrl, "utf-8");</w:t>
        <w:br/>
        <w:t xml:space="preserve">        log.info("账号单点登录设置成功，跳转地址为：{}", authURL);</w:t>
        <w:br/>
        <w:t xml:space="preserve">    }</w:t>
      </w:r>
    </w:p>
    <w:p>
      <w:pPr>
        <w:pStyle w:val="Heading1"/>
      </w:pPr>
      <w:r>
        <w:t>子账号单点登录</w:t>
      </w:r>
    </w:p>
    <w:p>
      <w:pPr>
        <w:pStyle w:val="Heading2"/>
      </w:pPr>
      <w:r>
        <w:t>1、设置单点登录token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设置子账号单点登录token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其中请求参数childEmail为子账号邮箱，如：wcc@polyv.net</w:t>
      </w:r>
    </w:p>
    <w:p>
      <w:pPr>
        <w:pStyle w:val="Heading2"/>
      </w:pPr>
      <w:r>
        <w:t>2、子账号授权登录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子账号级授权地址为 https://console.polyv.net/v2/sso/userLogin.do ，拼接后的地址为 https://console.polyv.net/v2/sso/userLogin.do?userId={userId}&amp;token={token}&amp;redirect={redirect}&amp;childEmail={childEmail} ，您在浏览器中打开授权地址即可，请求参数说明如下：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第一步设置的token值，10秒内且一次验证有效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直播子账号的邮箱账号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，取值可参照【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子账号级redirect取值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】默认为直播列表页</w:t>
            </w:r>
          </w:p>
        </w:tc>
      </w:tr>
    </w:tbl>
    <w:p>
      <w:pPr>
        <w:spacing w:after="40"/>
      </w:pPr>
    </w:p>
    <w:p>
      <w:pPr>
        <w:pStyle w:val="Heading3"/>
      </w:pPr>
      <w:r>
        <w:t>子账号级redirect取值（url编码前）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https://console.polyv.net/live/index.html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直播列表页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https://live.polyv.net/#/channel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直播列表页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https://live.polyv.net/#/develop/appId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直播后台开发设置</w:t>
            </w:r>
          </w:p>
        </w:tc>
      </w:tr>
    </w:tbl>
    <w:p>
      <w:pPr>
        <w:spacing w:after="40"/>
      </w:pPr>
    </w:p>
    <w:p>
      <w:pPr>
        <w:pStyle w:val="Heading3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https://console.polyv.net/v2/sso/userLogin.do?userId=1b448be323&amp;token=yourToken&amp;redirect=https%3A%2F%2Fconsole.polyv.net%2Flive%2Findex.html&amp;childEmail=wcc@polyv.net</w:t>
      </w:r>
    </w:p>
    <w:p>
      <w:pPr>
        <w:pStyle w:val="Heading3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//子账号单点登录</w:t>
        <w:br/>
        <w:t xml:space="preserve">    @Test</w:t>
        <w:br/>
        <w:t xml:space="preserve">    public void testChildAccountSSO()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//自定义的token，只能使用一次，且10秒内有效</w:t>
        <w:br/>
        <w:t xml:space="preserve">        String token = UUID.randomUUID().toString().replaceAll("-", "");</w:t>
        <w:br/>
        <w:t xml:space="preserve">        String url = "https://api.polyv.net/live/v3/user/set-sso-token";</w:t>
        <w:br/>
        <w:t xml:space="preserve">        //子账号邮箱</w:t>
        <w:br/>
        <w:t xml:space="preserve">        String childEmail = "wzk@polyv.net";</w:t>
        <w:br/>
        <w:br/>
        <w:t xml:space="preserve">        //1、设置频道单点登录token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requestMap.put("token", token);</w:t>
        <w:br/>
        <w:t xml:space="preserve">        requestMap.put("childEmail", childEmail);</w:t>
        <w:br/>
        <w:t xml:space="preserve">        requestMap.put("sign", LiveSignUtil.getSign(requestMap, appSecret));</w:t>
        <w:br/>
        <w:t xml:space="preserve">        String response = HttpUtil.postFormBody(url, requestMap);</w:t>
        <w:br/>
        <w:t xml:space="preserve">        //TODO 判断response返回是否成功</w:t>
        <w:br/>
        <w:br/>
        <w:t xml:space="preserve">        //2、生成子账号授权登录地址</w:t>
        <w:br/>
        <w:t xml:space="preserve">        String redirectUrl = "https://console.polyv.net/live/index.html";</w:t>
        <w:br/>
        <w:t xml:space="preserve">        String authURL = "https://console.polyv.net/v2/sso/userLogin.do";</w:t>
        <w:br/>
        <w:t xml:space="preserve">        authURL += "?userId=" + userId + "&amp;childEmail=" + childEmail + "&amp;token=" + token + "&amp;redirect=" +</w:t>
        <w:br/>
        <w:t xml:space="preserve">        URLEncoder.encode(redirectUrl, "utf-8");</w:t>
        <w:br/>
        <w:t xml:space="preserve">        log.info("子账号单点登录设置成功，跳转地址为：{}", authURL);</w:t>
        <w:br/>
        <w:t xml:space="preserve">    }</w:t>
      </w:r>
    </w:p>
    <w:p>
      <w:pPr>
        <w:pStyle w:val="Heading1"/>
      </w:pPr>
      <w:r>
        <w:t>频道单点登录</w:t>
      </w:r>
    </w:p>
    <w:p>
      <w:pPr>
        <w:pStyle w:val="Heading2"/>
      </w:pPr>
      <w:r>
        <w:t>1、设置单点登录token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设置频道单点登录token</w:t>
      </w:r>
    </w:p>
    <w:p>
      <w:pPr>
        <w:pStyle w:val="Heading2"/>
      </w:pPr>
      <w:r>
        <w:t>2、频道授权登录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频道级授权地址为 https://console.polyv.net/teacher/auth-login ，拼接后的地址为 https://console.polyv.net/teacher/auth-login?channelId={channelId}&amp;token={token}&amp;redirect={redirect} ，您在浏览器中打开授权地址即可，请求参数说明如下：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第一步设置的token值，10秒内且一次验证有效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，取值可参照【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频道级redirect取值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】默认为直播间信息页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授权失败后重定向地址，使用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</w:tbl>
    <w:p>
      <w:pPr>
        <w:spacing w:after="40"/>
      </w:pPr>
    </w:p>
    <w:p>
      <w:pPr>
        <w:pStyle w:val="Heading3"/>
      </w:pPr>
      <w:r>
        <w:t>频道级redirect取值（url编码前）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https://console.polyv.net/live/#/teacher/{channelId}/base-info/channel-info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直播间信息页，其中{channelId}需替换为对应频道号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https://console.polyv.net/live/#/teacher/{channelId}/channel-statistics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直播间统计页，其中{channelId}需替换为对应频道号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https://live.polyv.net/#/teacher/{channelId}/monitoring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直播间监控页，其中{channelId}需替换为对应频道号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https://live.polyv.net/#/teacher/{channelId}/room/detail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直播间信息页，其中{channelId}需替换为对应频道号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https://live.polyv.net/#/teacher/{channelId}/statistic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直播间统计页，其中{channelId}需替换为对应频道号</w:t>
            </w:r>
          </w:p>
        </w:tc>
      </w:tr>
    </w:tbl>
    <w:p>
      <w:pPr>
        <w:spacing w:after="40"/>
      </w:pPr>
    </w:p>
    <w:p>
      <w:pPr>
        <w:pStyle w:val="Heading3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https://console.polyv.net/teacher/auth-login?channelId=1965681&amp;token=yourToken&amp;redirect=https%3A%2F%2Fconsole.polyv.net%2Flive%2F%23%2Fteacher%2F1965681%2Fbase-info%2Fchannel-info</w:t>
      </w:r>
    </w:p>
    <w:p>
      <w:pPr>
        <w:pStyle w:val="Heading3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//频道单点登录</w:t>
        <w:br/>
        <w:t xml:space="preserve">    @Test</w:t>
        <w:br/>
        <w:t xml:space="preserve">    public void testChannelSSO()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//自定义的token，只能使用一次，且10秒内有效</w:t>
        <w:br/>
        <w:t xml:space="preserve">        String token = UUID.randomUUID().toString().replaceAll("-", "");</w:t>
        <w:br/>
        <w:t xml:space="preserve">        //频道号</w:t>
        <w:br/>
        <w:t xml:space="preserve">        String channelId = "1965681";</w:t>
        <w:br/>
        <w:t xml:space="preserve">        String url = String.format("http://api.polyv.net/live/v2/channels/%s/set-token", channelId);</w:t>
        <w:br/>
        <w:br/>
        <w:t xml:space="preserve">        //1、设置频道单点登录token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requestMap.put("token", token);</w:t>
        <w:br/>
        <w:t xml:space="preserve">        requestMap.put("sign", LiveSignUtil.getSign(requestMap, appSecret));</w:t>
        <w:br/>
        <w:t xml:space="preserve">        String response = HttpUtil.postFormBody(url, requestMap);</w:t>
        <w:br/>
        <w:t xml:space="preserve">        //TODO 判断response返回是否成功</w:t>
        <w:br/>
        <w:br/>
        <w:t xml:space="preserve">        //2、生成频道授权登录地址</w:t>
        <w:br/>
        <w:t xml:space="preserve">        String redirectUrl = String.format("https://console.polyv.net/live/#/teacher/%s/base-info/channel-info",</w:t>
        <w:br/>
        <w:t xml:space="preserve">        channelId);</w:t>
        <w:br/>
        <w:t xml:space="preserve">        String authURL = "https://console.polyv.net/teacher/auth-login";</w:t>
        <w:br/>
        <w:t xml:space="preserve">        authURL +=</w:t>
        <w:br/>
        <w:t xml:space="preserve">        "?channelId=" + channelId + "&amp;token=" + token + "&amp;redirect=" + URLEncoder.encode(redirectUrl, "utf-8");</w:t>
        <w:br/>
        <w:t xml:space="preserve">        log.info("频道单点登录设置成功，跳转地址为：{}", authURL);</w:t>
        <w:br/>
        <w:t xml:space="preserve">    }</w:t>
      </w:r>
    </w:p>
    <w:p>
      <w:pPr>
        <w:pStyle w:val="Heading1"/>
      </w:pPr>
      <w:r>
        <w:t>助教单点登录</w:t>
      </w:r>
    </w:p>
    <w:p>
      <w:pPr>
        <w:pStyle w:val="Heading2"/>
      </w:pPr>
      <w:r>
        <w:t>1、设置单点登录token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设置子频道单点登录token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其中请求参数accountId为助教账号id，如：0041965681</w:t>
      </w:r>
    </w:p>
    <w:p>
      <w:pPr>
        <w:pStyle w:val="Heading2"/>
      </w:pPr>
      <w:r>
        <w:t>2、助教授权登录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助教级授权地址为 https://console.polyv.net/teacher/auth-login ，拼接后的地址为 https://console.polyv.net/teacher/auth-login?channelId={channelId}&amp;token={token}&amp;redirect={redirect} ，您在浏览器中打开授权地址即可，请求参数说明如下：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助教账号，如：0041965681，不能去除前面的00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第一步设置的token值，10秒内且一次验证有效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，取值可参照【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助教级redirect取值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】默认为旧版助教页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授权失败后重定向地址，使用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</w:tbl>
    <w:p>
      <w:pPr>
        <w:spacing w:after="40"/>
      </w:pPr>
    </w:p>
    <w:p>
      <w:pPr>
        <w:pStyle w:val="Heading3"/>
      </w:pPr>
      <w:r>
        <w:t>助教级redirect取值（url编码前）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https://console.polyv.net/assistant/?accountId={channelId}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新版助教页，其中{channelId}需替换为对应助教账号，如：0041965681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旧版后台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https://live.polyv.net/assistant.html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旧版助教页，如果开通新版助教页，则会自动跳转至新版</w:t>
            </w:r>
          </w:p>
        </w:tc>
      </w:tr>
    </w:tbl>
    <w:p>
      <w:pPr>
        <w:spacing w:after="40"/>
      </w:pPr>
    </w:p>
    <w:p>
      <w:pPr>
        <w:pStyle w:val="Heading3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https://console.polyv.net/teacher/auth-login?channelId=0041965681&amp;token=yourToken&amp;redirect=https%3A%2F%2Fconsole.polyv.net%2Fassistant%2F%3FaccountId%3D0041965681</w:t>
      </w:r>
    </w:p>
    <w:p>
      <w:pPr>
        <w:pStyle w:val="Heading3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//助教单点登录</w:t>
        <w:br/>
        <w:t xml:space="preserve">    @Test</w:t>
        <w:br/>
        <w:t xml:space="preserve">    public void testAssistantSSO()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//自定义的token，只能使用一次，且10秒内有效</w:t>
        <w:br/>
        <w:t xml:space="preserve">        String token = UUID.randomUUID().toString().replaceAll("-", "");</w:t>
        <w:br/>
        <w:t xml:space="preserve">        //助教账号</w:t>
        <w:br/>
        <w:t xml:space="preserve">        String accountId = "0041965681";</w:t>
        <w:br/>
        <w:t xml:space="preserve">        String url = String.format("http://api.polyv.net/live/v2/channels/%s/set-account-token", accountId);</w:t>
        <w:br/>
        <w:br/>
        <w:t xml:space="preserve">        //1、设置助教单点登录token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requestMap.put("token", token);</w:t>
        <w:br/>
        <w:t xml:space="preserve">        requestMap.put("sign", LiveSignUtil.getSign(requestMap, appSecret));</w:t>
        <w:br/>
        <w:t xml:space="preserve">        String response = HttpUtil.postFormBody(url, requestMap);</w:t>
        <w:br/>
        <w:t xml:space="preserve">        //TODO 判断response返回是否成功</w:t>
        <w:br/>
        <w:br/>
        <w:t xml:space="preserve">        //2、生成助教授权登录地址</w:t>
        <w:br/>
        <w:t xml:space="preserve">        String redirectUrl = "https://console.polyv.net/assistant/?accountId=" + accountId;</w:t>
        <w:br/>
        <w:t xml:space="preserve">        String authURL = "https://console.polyv.net/teacher/auth-login";</w:t>
        <w:br/>
        <w:t xml:space="preserve">        authURL +=</w:t>
        <w:br/>
        <w:t xml:space="preserve">        "?channelId=" + accountId + "&amp;token=" + token + "&amp;redirect=" + URLEncoder.encode(redirectUrl, "utf-8");</w:t>
        <w:br/>
        <w:t xml:space="preserve">        log.info("助教单点登录设置成功，跳转地址为：{}", authURL);</w:t>
        <w:br/>
        <w:t xml:space="preserve">    }</w:t>
      </w:r>
    </w:p>
    <w:p>
      <w:pPr>
        <w:pStyle w:val="Heading1"/>
      </w:pPr>
      <w:r>
        <w:t>嘉宾单点登录</w:t>
      </w:r>
    </w:p>
    <w:p>
      <w:pPr>
        <w:pStyle w:val="Heading2"/>
      </w:pPr>
      <w:r>
        <w:t>1、设置单点登录token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设置子频道单点登录token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其中请求参数accountId为嘉宾账号id，如：0021965681</w:t>
      </w:r>
    </w:p>
    <w:p>
      <w:pPr>
        <w:pStyle w:val="Heading2"/>
      </w:pPr>
      <w:r>
        <w:t>2、嘉宾授权登录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嘉宾级授权地址为 https://console.polyv.net/teacher/auth-login ，拼接后的地址为 https://console.polyv.net/teacher/auth-login?channelId={channelId}&amp;token={token}&amp;redirect={redirect} ，您在浏览器中打开授权地址即可，请求参数说明如下：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嘉宾账号，如：0021965681，不能去除前面的00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第一步设置的token值，10秒内且一次验证有效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，取值可参照【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嘉宾级redirect取值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授权失败后重定向地址，使用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</w:tbl>
    <w:p>
      <w:pPr>
        <w:spacing w:after="40"/>
      </w:pPr>
    </w:p>
    <w:p>
      <w:pPr>
        <w:pStyle w:val="Heading3"/>
      </w:pPr>
      <w:r>
        <w:t>嘉宾级redirect取值（url编码前）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https://console.polyv.net/web-start/?channelId={channelId}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嘉宾页，其中{channelId}需替换为对应嘉宾账号，如：0021965681</w:t>
            </w:r>
          </w:p>
        </w:tc>
      </w:tr>
    </w:tbl>
    <w:p>
      <w:pPr>
        <w:spacing w:after="40"/>
      </w:pPr>
    </w:p>
    <w:p>
      <w:pPr>
        <w:pStyle w:val="Heading3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https://console.polyv.net/teacher/auth-login?channelId=0021965681&amp;token=yourToken&amp;redirect=https%3A%2F%2Fconsole.polyv.net%2Fweb-start%2F%3FchannelId%3D0021965681</w:t>
      </w:r>
    </w:p>
    <w:p>
      <w:pPr>
        <w:pStyle w:val="Heading3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//嘉宾单点登录</w:t>
        <w:br/>
        <w:t xml:space="preserve">    @Test</w:t>
        <w:br/>
        <w:t xml:space="preserve">    public void testGuestSSO()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//自定义的token，只能使用一次，且10秒内有效</w:t>
        <w:br/>
        <w:t xml:space="preserve">        String token = UUID.randomUUID().toString().replaceAll("-", "");</w:t>
        <w:br/>
        <w:t xml:space="preserve">        //嘉宾账号</w:t>
        <w:br/>
        <w:t xml:space="preserve">        String accountId = "0021965681";</w:t>
        <w:br/>
        <w:t xml:space="preserve">        String url = String.format("http://api.polyv.net/live/v2/channels/%s/set-account-token", accountId);</w:t>
        <w:br/>
        <w:br/>
        <w:t xml:space="preserve">        //1、设置嘉宾单点登录token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requestMap.put("token", token);</w:t>
        <w:br/>
        <w:t xml:space="preserve">        requestMap.put("sign", LiveSignUtil.getSign(requestMap, appSecret));</w:t>
        <w:br/>
        <w:t xml:space="preserve">        String response = HttpUtil.postFormBody(url, requestMap);</w:t>
        <w:br/>
        <w:t xml:space="preserve">        //TODO 判断response返回是否成功</w:t>
        <w:br/>
        <w:br/>
        <w:t xml:space="preserve">        //2、生成嘉宾授权登录地址</w:t>
        <w:br/>
        <w:t xml:space="preserve">        String redirectUrl = "https://console.polyv.net/web-start/?channelId=" + accountId;</w:t>
        <w:br/>
        <w:t xml:space="preserve">        String authURL = "https://console.polyv.net/teacher/auth-login";</w:t>
        <w:br/>
        <w:t xml:space="preserve">        authURL +=</w:t>
        <w:br/>
        <w:t xml:space="preserve">        "?channelId=" + accountId + "&amp;token=" + token + "&amp;redirect=" + URLEncoder.encode(redirectUrl, "utf-8");</w:t>
        <w:br/>
        <w:t xml:space="preserve">        log.info("嘉宾单点登录设置成功，跳转地址为：{}", authURL);</w:t>
        <w:br/>
        <w:t xml:space="preserve">    }</w:t>
      </w:r>
    </w:p>
    <w:p>
      <w:pPr>
        <w:pStyle w:val="Heading1"/>
      </w:pPr>
      <w:r>
        <w:t>讲师单点登录</w:t>
      </w:r>
    </w:p>
    <w:p>
      <w:pPr>
        <w:pStyle w:val="Heading2"/>
      </w:pPr>
      <w:r>
        <w:t>1、设置单点登录token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设置频道单点登录token</w:t>
      </w:r>
    </w:p>
    <w:p>
      <w:pPr>
        <w:pStyle w:val="Heading2"/>
      </w:pPr>
      <w:r>
        <w:t>2、讲师授权登录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讲师级授权地址为 https://console.polyv.net/teacher/auth-login ，拼接后的地址为 https://console.polyv.net/teacher/auth-login?channelId={channelId}&amp;token={token}&amp;redirect={redirect} ，您在浏览器中打开授权地址即可，请求参数说明如下：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频道号，如：1965681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第一步设置的token值，10秒内且一次验证有效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，取值可参照【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讲师级redirect取值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授权失败后重定向地址，使用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。【注：如果登陆时频道已有讲师在开播，也会触发授权失败重定向】</w:t>
            </w:r>
          </w:p>
        </w:tc>
      </w:tr>
    </w:tbl>
    <w:p>
      <w:pPr>
        <w:spacing w:after="40"/>
      </w:pPr>
    </w:p>
    <w:p>
      <w:pPr>
        <w:pStyle w:val="Heading3"/>
      </w:pPr>
      <w:r>
        <w:t>讲师级redirect取值（url编码前）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https://console.polyv.net/web-start/?channelId={channelId}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讲师开播页，其中{channelId}需替换为对应频道号，如：1965681</w:t>
            </w:r>
          </w:p>
        </w:tc>
      </w:tr>
    </w:tbl>
    <w:p>
      <w:pPr>
        <w:spacing w:after="40"/>
      </w:pPr>
    </w:p>
    <w:p>
      <w:pPr>
        <w:pStyle w:val="Heading3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https://console.polyv.net/teacher/auth-login?channelId=1965681&amp;token=yourToken&amp;redirect=https%3A%2F%2Fconsole.polyv.net%2Fweb-start%2F%3FchannelId%3D1965681</w:t>
      </w:r>
    </w:p>
    <w:p>
      <w:pPr>
        <w:pStyle w:val="Heading3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testTeacherSSO()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//频道号</w:t>
        <w:br/>
        <w:t xml:space="preserve">        String channelId = "1965681";</w:t>
        <w:br/>
        <w:t xml:space="preserve">        //自定义的token，只能使用一次，且10秒内有效</w:t>
        <w:br/>
        <w:t xml:space="preserve">        String token = UUID.randomUUID().toString().replaceAll("-", "");</w:t>
        <w:br/>
        <w:t xml:space="preserve">        String url = String.format("http://api.polyv.net/live/v2/channels/%s/set-token", channelId);</w:t>
        <w:br/>
        <w:br/>
        <w:t xml:space="preserve">        //1、设置频道单点登录token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requestMap.put("token", token);</w:t>
        <w:br/>
        <w:t xml:space="preserve">        requestMap.put("sign", LiveSignUtil.getSign(requestMap, appSecret));</w:t>
        <w:br/>
        <w:t xml:space="preserve">        String response = HttpUtil.postFormBody(url, requestMap);</w:t>
        <w:br/>
        <w:t xml:space="preserve">        //TODO 判断response返回是否成功</w:t>
        <w:br/>
        <w:br/>
        <w:t xml:space="preserve">        //2、生成讲师授权登录地址</w:t>
        <w:br/>
        <w:t xml:space="preserve">        String redirectUrl = "https://console.polyv.net/web-start/?channelId=" + channelId;</w:t>
        <w:br/>
        <w:t xml:space="preserve">        String authURL = "https://console.polyv.net/teacher/auth-login";</w:t>
        <w:br/>
        <w:t xml:space="preserve">        authURL +=</w:t>
        <w:br/>
        <w:t xml:space="preserve">        "?channelId=" + channelId + "&amp;token=" + token + "&amp;redirect=" + URLEncoder.encode(redirectUrl, "utf-8");</w:t>
        <w:br/>
        <w:t xml:space="preserve">        log.info("讲师单点登录地址设置成功，跳转地址为：{}", authURL);</w:t>
        <w:br/>
        <w:t xml:space="preserve">    }</w:t>
      </w:r>
    </w:p>
    <w:p>
      <w:pPr>
        <w:pStyle w:val="Heading1"/>
      </w:pPr>
      <w:r>
        <w:t>MR控制台单点登录</w:t>
      </w:r>
    </w:p>
    <w:p>
      <w:pPr>
        <w:pStyle w:val="Heading2"/>
      </w:pPr>
      <w:r>
        <w:t>1、设置单点登录token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设置频道单点登录token</w:t>
      </w:r>
    </w:p>
    <w:p>
      <w:pPr>
        <w:pStyle w:val="Heading2"/>
      </w:pPr>
      <w:r>
        <w:t>2、MR控制台授权登录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授权地址为 https://console.polyv.net/teacher/mr-auth-login ，拼接后的地址为 https://console.polyv.net/teacher/mr-auth-login?channelId={channelId}&amp;token={token}&amp;mrLiveLoginType={mrLiveLoginType}&amp;redirect={redirect} ，您在浏览器中打开授权地址即可，请求参数说明如下：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频道号，如：3265597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第一步设置的token值，10秒内且一次验证有效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，取值可参照【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MR控制台redirect取值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mrLiveLoginType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登录模式cloud：云端模式client：本地模式不传值时，若用户只有一种模式权限，则使用已有模式，若用户拥有两种模式权限，默认使用【云端模式】</w:t>
            </w:r>
          </w:p>
        </w:tc>
      </w:tr>
    </w:tbl>
    <w:p>
      <w:pPr>
        <w:spacing w:after="40"/>
      </w:pPr>
    </w:p>
    <w:p>
      <w:pPr>
        <w:pStyle w:val="Heading3"/>
      </w:pPr>
      <w:r>
        <w:t>MR控制台redirect取值（url编码前）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https://live.polyv.net/mr-controller/scene?channelId={channelId}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MR控制台页，其中{channelId}需替换为对应MR频道号，如：3265597</w:t>
            </w:r>
          </w:p>
        </w:tc>
      </w:tr>
    </w:tbl>
    <w:p>
      <w:pPr>
        <w:spacing w:after="40"/>
      </w:pPr>
    </w:p>
    <w:p>
      <w:pPr>
        <w:pStyle w:val="Heading3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https://console.polyv.net/teacher/mr-auth-login?channelId=3265597&amp;token=57e46132c74b4e398aeaeccc5340b1ab&amp;redirect=https%3A%2F%2Flive.polyv.net%2Fmr-controller%2Fscene%3FchannelId%3D3265597</w:t>
      </w:r>
    </w:p>
    <w:p>
      <w:pPr>
        <w:pStyle w:val="Heading3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//MR控制台单点登录</w:t>
        <w:br/>
        <w:t>@Test</w:t>
        <w:br/>
        <w:t>public void testMrControllerSSO()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//频道号</w:t>
        <w:br/>
        <w:t xml:space="preserve">    String channelId = "3265597";</w:t>
        <w:br/>
        <w:t xml:space="preserve">    //自定义的token，只能使用一次，且10秒内有效</w:t>
        <w:br/>
        <w:t xml:space="preserve">    String token = UUID.randomUUID().toString().replaceAll("-", "");</w:t>
        <w:br/>
        <w:t xml:space="preserve">    String url = String.format("http://api.polyv.net/live/v2/channels/%s/set-token", channelId);</w:t>
        <w:br/>
        <w:br/>
        <w:t xml:space="preserve">    //1、设置频道单点登录token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requestMap.put("token", token);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//TODO 判断response返回是否成功</w:t>
        <w:br/>
        <w:br/>
        <w:t xml:space="preserve">    //2、生成MR控制台授权登录地址</w:t>
        <w:br/>
        <w:t xml:space="preserve">    String redirectUrl = "https://live.polyv.net/mr-controller/scene?channelId=" + channelId;</w:t>
        <w:br/>
        <w:t xml:space="preserve">    String authURL = "https://console.polyv.net/teacher/mr-auth-login";</w:t>
        <w:br/>
        <w:t xml:space="preserve">    authURL +=</w:t>
        <w:br/>
        <w:t xml:space="preserve">    "?channelId=" + channelId + "&amp;token=" + token + "&amp;redirect=" + URLEncoder.encode(redirectUrl, "utf-8");</w:t>
        <w:br/>
        <w:t xml:space="preserve">    log.info("MR控制台单点登录地址设置成功，跳转地址为：{}", authURL);</w:t>
        <w:br/>
        <w:t>}</w:t>
      </w:r>
    </w:p>
    <w:p>
      <w:pPr>
        <w:pStyle w:val="Heading1"/>
      </w:pPr>
      <w:r>
        <w:t>区分新旧版后台</w:t>
      </w:r>
    </w:p>
    <w:p>
      <w:pPr>
        <w:pStyle w:val="Heading2"/>
      </w:pPr>
      <w:r>
        <w:t>新版后台截图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图片：../../../../img/live/api/live_index_new.png</w:t>
      </w:r>
    </w:p>
    <w:p>
      <w:pPr>
        <w:pStyle w:val="Heading2"/>
      </w:pPr>
      <w:r>
        <w:t>旧版后台截图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图片：../../../../img/live/api/live_index_old.png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单点登录后台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