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设置账号单点登录token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1、设置账号单点登录的token</w:t>
        <w:br/>
        <w:t>2、token参数请勿过于简单，建议使用16位随机字符串</w:t>
        <w:br/>
        <w:t>3、token设置后需要10秒内及时使用</w:t>
        <w:br/>
        <w:t>4、接口支持https协议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http://api.polyv.net/live/v3/user/set-sso-token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唯一的字符串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http://api.polyv.net/live/v3/user/set-sso-token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appId=frlr1zazn3&amp;sign=DE7CB3024B1C1D844031D77B774F4E38&amp;timestamp=1621840259733&amp;token=111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响应成功时返回success字符串，失败时返回空字符串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LoggerFactory.getLogger(AccountTest.class);</w:t>
        <w:br/>
        <w:t xml:space="preserve"> /**</w:t>
        <w:br/>
        <w:t xml:space="preserve">     * 设置账号单点登录token</w:t>
        <w:br/>
        <w:t xml:space="preserve">     * @throws IOException</w:t>
        <w:br/>
        <w:t xml:space="preserve">     * @throws NoSuchAlgorithmException</w:t>
        <w:br/>
        <w:t xml:space="preserve">     */</w:t>
        <w:br/>
        <w:t xml:space="preserve">    @Test</w:t>
        <w:br/>
        <w:t xml:space="preserve">    public void testSetUserLoginToken() throws IOException, NoSuchAlgorithmException {</w:t>
        <w:br/>
        <w:t xml:space="preserve">        //公共参数,填写自己的实际</w:t>
        <w:br/>
        <w:t xml:space="preserve">        String appId = super.appId;</w:t>
        <w:br/>
        <w:t xml:space="preserve">        String appSecret = super.appSecret;</w:t>
        <w:br/>
        <w:t xml:space="preserve">        String userId = super.userId;</w:t>
        <w:br/>
        <w:t xml:space="preserve">        String timestamp = String.valueOf(System.currentTimeMillis());</w:t>
        <w:br/>
        <w:t xml:space="preserve">        //业务参数</w:t>
        <w:br/>
        <w:t xml:space="preserve">        String url = "https://api.polyv.net/live/v3/user/set-sso-token";</w:t>
        <w:br/>
        <w:t xml:space="preserve">        String token="111";</w:t>
        <w:br/>
        <w:br/>
        <w:t xml:space="preserve">        //http 调用逻辑</w:t>
        <w:br/>
        <w:t xml:space="preserve">        Map&lt;String, String&gt; requestMap = new HashMap&lt;&gt;();</w:t>
        <w:br/>
        <w:t xml:space="preserve">        requestMap.put("appId", appId);</w:t>
        <w:br/>
        <w:t xml:space="preserve">        requestMap.put("timestamp", timestamp);</w:t>
        <w:br/>
        <w:t xml:space="preserve">        requestMap.put("token", token);</w:t>
        <w:br/>
        <w:t xml:space="preserve">        requestMap.put("sign", LiveSignUtil.getSign(requestMap, appSecret));</w:t>
        <w:br/>
        <w:t xml:space="preserve">        String response = HttpUtil.postFormBody(url, requestMap);</w:t>
        <w:br/>
        <w:t xml:space="preserve">        log.info("测试设置账号单点登录token，返回值：{}", response);</w:t>
        <w:br/>
        <w:t xml:space="preserve">        //do somethings</w:t>
        <w:br/>
        <w:br/>
        <w:t xml:space="preserve">    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"data":"success"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设置账号单点登录token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