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分页查询频道可设置接收转播频道列表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1、通过一个（发起转播的）频道分页查询能够被它设置接收转播的频道列表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http://api.polyv.net/live/v3/channel/basic/receive/list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（发起转播的）频道号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keyword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频道名称，支持模糊搜索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查询页数，默认1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每页数据大小，默认10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http://api.polyv.net/live/v3/channel/basic/receive/list?appId=frlr1zazn3&amp;sign=56C6413F1606D8950C0BCE2AEC7CD456&amp;channelId=2788479&amp;timestamp=1642493607445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请求失败时为空，成功响应时返回全账号频道基础信息【详见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每页数据大小，默认20，最大20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总的条数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查询的结果列表【详见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startRow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当前页第一条记录在总结果集中的位置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是否为第一页，值为：true/false，默认为false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是否为最后一页，值为：true/false，默认为false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上一页编号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每页数量大小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nextPageNumber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下一页编号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endRow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当前页最后一条记录在总结果集中的位置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offset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分页起始记录</w:t>
            </w:r>
          </w:p>
        </w:tc>
      </w:tr>
    </w:tbl>
    <w:p>
      <w:pPr>
        <w:spacing w:after="40"/>
      </w:pPr>
    </w:p>
    <w:p>
      <w:pPr>
        <w:pStyle w:val="Heading2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频道密码，非研讨会场景使用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hostPasswd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研讨会主持人密码，研讨会场景使用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attendeePasswd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研讨会参会人密码，研讨会场景使用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频道所属分类名称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观看条件，使用,分隔，如：none,nonenone：无条件，pay：付费观看，code：验证码观看，phone：白名单观看，info：登记观看，custom：自定义授权观看，external：外部授权,direct：直接授权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recentViewCount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最近场次观看人数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subChannelAccount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第一个子频道号，如果没有子频道则为null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subChannelPasswd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第一个子频道密码，如果没有子频道则为null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transmitChannelId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关联转播的频道号，如果没有关联则为null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scene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场景alone：活动直播ppt：三分屏topclass：大班课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 @Test</w:t>
        <w:br/>
        <w:t xml:space="preserve">    public void testGetReceiveList() throws IOException,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timestamp = String.valueOf(System.currentTimeMillis());</w:t>
        <w:br/>
        <w:br/>
        <w:t xml:space="preserve">        //业务参数</w:t>
        <w:br/>
        <w:t xml:space="preserve">        String channelId = "2788479";</w:t>
        <w:br/>
        <w:t xml:space="preserve">        String url = "http://api.polyv.net/live/v3/channel/basic/receive/list";</w:t>
        <w:br/>
        <w:br/>
        <w:t xml:space="preserve">        //http 调用逻辑</w:t>
        <w:br/>
        <w:t xml:space="preserve">        Map&lt;String, String&gt; requestMap = new HashMap&lt;&gt;();</w:t>
        <w:br/>
        <w:t xml:space="preserve">        requestMap.put("appId", appId);</w:t>
        <w:br/>
        <w:t xml:space="preserve">        requestMap.put("timestamp", timestamp);</w:t>
        <w:br/>
        <w:t xml:space="preserve">        requestMap.put("channelId", channelId);</w:t>
        <w:br/>
        <w:t xml:space="preserve">        //requestMap.put("keyword","");</w:t>
        <w:br/>
        <w:t xml:space="preserve">        //requestMap.put("page","");</w:t>
        <w:br/>
        <w:t xml:space="preserve">        //requestMap.put("pageSize","");</w:t>
        <w:br/>
        <w:t xml:space="preserve">        requestMap.put("sign", LiveSignUtil.getSign(requestMap, appSecret));</w:t>
        <w:br/>
        <w:t xml:space="preserve">        url = MapUtil.appendUrl(url, requestMap);</w:t>
        <w:br/>
        <w:t xml:space="preserve">        String response = HttpUtil.get(url, null);</w:t>
        <w:br/>
        <w:t xml:space="preserve">        log.info("测试分页查询频道可设置接收转播频道列表接口返回值：{}", response);</w:t>
        <w:br/>
        <w:t xml:space="preserve">    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"pageSize": 10,</w:t>
        <w:br/>
        <w:t xml:space="preserve">        "pageNumber": 1,</w:t>
        <w:br/>
        <w:t xml:space="preserve">        "totalItems": 1,</w:t>
        <w:br/>
        <w:t xml:space="preserve">        "contents": [</w:t>
        <w:br/>
        <w:t xml:space="preserve">            {</w:t>
        <w:br/>
        <w:t xml:space="preserve">                "channelId": 1972965,</w:t>
        <w:br/>
        <w:t xml:space="preserve">                "name": "Spring 知识精讲",</w:t>
        <w:br/>
        <w:t xml:space="preserve">                "passwd": null,</w:t>
        <w:br/>
        <w:t xml:space="preserve">                "hostPasswd": null,</w:t>
        <w:br/>
        <w:t xml:space="preserve">                "attendeePasswd": null,</w:t>
        <w:br/>
        <w:t xml:space="preserve">                "categoryName": "默认分类",</w:t>
        <w:br/>
        <w:t xml:space="preserve">                "authType": "none,none",</w:t>
        <w:br/>
        <w:t xml:space="preserve">                "status": 7,</w:t>
        <w:br/>
        <w:t xml:space="preserve">                "recentViewCount": 0,</w:t>
        <w:br/>
        <w:t xml:space="preserve">                "subChannelAccount": null,</w:t>
        <w:br/>
        <w:t xml:space="preserve">                "subChannelPasswd": null,</w:t>
        <w:br/>
        <w:t xml:space="preserve">                "watchUrl": null,</w:t>
        <w:br/>
        <w:t xml:space="preserve">                "watchQRCodeUrl": null,</w:t>
        <w:br/>
        <w:t xml:space="preserve">                "scene": "alone",</w:t>
        <w:br/>
        <w:t xml:space="preserve">                "type": "receive",</w:t>
        <w:br/>
        <w:t xml:space="preserve">                "startTime": null,</w:t>
        <w:br/>
        <w:t xml:space="preserve">                "guest": null,</w:t>
        <w:br/>
        <w:t xml:space="preserve">                "pureRtcEnabled": "N",</w:t>
        <w:br/>
        <w:t xml:space="preserve">                "transmitType": "single",</w:t>
        <w:br/>
        <w:t xml:space="preserve">                "multipleRoom": null,</w:t>
        <w:br/>
        <w:t xml:space="preserve">                "creatorChildId": null,</w:t>
        <w:br/>
        <w:t xml:space="preserve">                "creatorName": null,</w:t>
        <w:br/>
        <w:t xml:space="preserve">                "rtcType": "agora",</w:t>
        <w:br/>
        <w:t xml:space="preserve">                "transmitChannelId": null,</w:t>
        <w:br/>
        <w:t xml:space="preserve">                "channelPasswd": "3I85nJ"</w:t>
        <w:br/>
        <w:t xml:space="preserve">            }</w:t>
        <w:br/>
        <w:t xml:space="preserve">        ],</w:t>
        <w:br/>
        <w:t xml:space="preserve">        "offset": 0,</w:t>
        <w:br/>
        <w:t xml:space="preserve">        "limit": 1,</w:t>
        <w:br/>
        <w:t xml:space="preserve">        "nextPageNumber": 1,</w:t>
        <w:br/>
        <w:t xml:space="preserve">        "totalPages": 1,</w:t>
        <w:br/>
        <w:t xml:space="preserve">        "endRow": 1,</w:t>
        <w:br/>
        <w:t xml:space="preserve">        "startRow": 1,</w:t>
        <w:br/>
        <w:t xml:space="preserve">        "firstPage": true,</w:t>
        <w:br/>
        <w:t xml:space="preserve">        "lastPage": true,</w:t>
        <w:br/>
        <w:t xml:space="preserve">        "prePageNumber": 1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分页查询频道可设置接收转播频道列表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