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查询账号连麦分钟数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1、查询账号连麦分钟数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http://api.polyv.net/live/v3/channel/statistics/mic/get-duration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http://api.polyv.net/live/v3/channel/statistics/mic/get-duration?appId=frlr1zazn3&amp;sign=771D13739CCA0D6CE3AF16BE4520580B&amp;timestamp=1621844607955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成功响应时返回连麦分钟数使用量和剩余量信息【详见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连麦剩余分钟数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history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连麦使用分钟数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查询账号连麦分钟数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testMicDuration()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"http://api.polyv.net/live/v3/channel/statistics/mic/get-duration";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log.info("测试查询账号连麦分钟数，返回值：{}",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"available":5000,</w:t>
        <w:br/>
        <w:t xml:space="preserve">        "history":3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查询账号连麦分钟数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