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1、查询用户账号信息接口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http://api.polyv.net/live/v3/user/get-info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https://api.polyv.net/live/v3/user/get-info?appId=frlr1zazn3&amp;sign=610EA5FE046D660D7465F4FB34E417BF&amp;timestamp=1621844549569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成功响应时返回用户账号信息【详见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总共频道数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账号连麦人数上限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账号连麦人数上限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watchDomain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观看页域名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查询账号信息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testGetUserInfo()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"https://api.polyv.net/live/v3/user/get-info";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log.info("测试查询账号信息，返回值：{}",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"userId": "1b448be323",</w:t>
        <w:br/>
        <w:t xml:space="preserve">        "email": "sdk-demo@polyv.net",</w:t>
        <w:br/>
        <w:t xml:space="preserve">        "maxChannels": 100,</w:t>
        <w:br/>
        <w:t xml:space="preserve">        "totalChannels": 64,</w:t>
        <w:br/>
        <w:t xml:space="preserve">        "availableChannels": 36,</w:t>
        <w:br/>
        <w:t xml:space="preserve">        "linkMicLimit": 16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