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查询账号可用直播分钟数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1、查询账号可用直播分钟数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http://api.polyv.net/live/v2/user/get-user-durations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http://api.polyv.net/live/v2/user/get-user-durations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appId=frlr1zazn3&amp;sign=5976AF067958E48D1312B9AC78B3AD30&amp;timestamp=1621844576282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响应成功时返回账号可用直播分钟数信息【详见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POLYV用户ID，和保利威官网一致，获取路径：官网-&gt;登录-&gt;直播（开发设置）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当前可用的分钟数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历史已经使用的分钟数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LoggerFactory.getLogger(AccountTest.class);</w:t>
        <w:br/>
        <w:t>/**</w:t>
        <w:br/>
        <w:t xml:space="preserve"> * 查询账号直播分钟数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testGetUserDurations()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url="http://api.polyv.net/live/v2/user/get-user-durations";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log.info("测试查询账号直播分钟数，返回值：{}", 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"data":{</w:t>
        <w:br/>
        <w:t xml:space="preserve">        "userId":"1b448be323",</w:t>
        <w:br/>
        <w:t xml:space="preserve">        "available":9610,</w:t>
        <w:br/>
        <w:t xml:space="preserve">        "used":570</w:t>
        <w:br/>
        <w:t xml:space="preserve">    }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查询账号可用直播分钟数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