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查询所有频道的缩略信息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1、查询账号下所有的频道缩略信息列表</w:t>
        <w:br/>
        <w:t>2、列表信息仅包含频道缩略信息，如需频道具体信息，请使用【获取频道信息】接口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http://api.polyv.net/live/v3/channel/management/list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每页数据大小，默认每页显示20条数据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所属分类id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观看页状态筛选live：直播中playback：回放中end：已结束waiting：未开始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keyword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频道名称，模糊查询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http://api.polyv.net/live/v3/channel/management/list?watchStatus=playback&amp;appId=frlr1zazn3&amp;sign=E02F269E702E0AE2154D94B25FD5390D&amp;pageSize=20&amp;page=1&amp;keyword=%E6%B5%8B%E8%AF%95&amp;categoryId=345134&amp;timestamp=1621841187446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响应成功时返回频道缩略信息【详见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记录的总数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查询的结果列表，频道基础信息【详见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当前页第一条记录在总结果集中的位置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是否为第一页，值为：true/false，默认为false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是否为最后一页，值为：true/false，默认为false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每页数量大小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当前页最后一条记录在总结果集中的位置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offset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分页起始记录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直播分类id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场景alone：活动直播ppt：三分屏topclass：大班课seminar：研讨会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观看页状态描述直播中回放中已结束未开始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观看页状态live：直播中playback：回放中end：已结束waiting：未开始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场景描述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观看页链接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LoggerFactory.getLogger(AccountTest.class);</w:t>
        <w:br/>
        <w:t>/**</w:t>
        <w:br/>
        <w:t xml:space="preserve"> * 查询所有频道的缩略信息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testGetSimpleChannelList() throws IOException, NoSuchAlgorithmException {</w:t>
        <w:br/>
        <w:t xml:space="preserve">    //公共参数,填写自己的实际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url="http://api.polyv.net/live/v3/channel/management/list";</w:t>
        <w:br/>
        <w:t xml:space="preserve">    String categoryId="345134";</w:t>
        <w:br/>
        <w:t xml:space="preserve">    String watchStatus="playback";</w:t>
        <w:br/>
        <w:t xml:space="preserve">    String keyword="测试";</w:t>
        <w:br/>
        <w:t xml:space="preserve">    String page=String.valueOf(1);</w:t>
        <w:br/>
        <w:t xml:space="preserve">    String pageSize=String.valueOf(20);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requestMap.put("categoryId", categoryId);</w:t>
        <w:br/>
        <w:t xml:space="preserve">    requestMap.put("watchStatus", watchStatus);</w:t>
        <w:br/>
        <w:t xml:space="preserve">    requestMap.put("keyword", keyword);</w:t>
        <w:br/>
        <w:t xml:space="preserve">    requestMap.put("page", page);</w:t>
        <w:br/>
        <w:t xml:space="preserve">    requestMap.put("pageSize", pageSize);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log.info("测试查询所有频道的缩略信息，返回值：{}",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"data":{</w:t>
        <w:br/>
        <w:t xml:space="preserve">        "pageSize":20,</w:t>
        <w:br/>
        <w:t xml:space="preserve">        "pageNumber":1,</w:t>
        <w:br/>
        <w:t xml:space="preserve">        "totalItems":1,</w:t>
        <w:br/>
        <w:t xml:space="preserve">        "contents":[</w:t>
        <w:br/>
        <w:t xml:space="preserve">            {</w:t>
        <w:br/>
        <w:t xml:space="preserve">                "channelId":2191569,</w:t>
        <w:br/>
        <w:t xml:space="preserve">                "name":"测试",</w:t>
        <w:br/>
        <w:t xml:space="preserve">                "channelPasswd":"******",</w:t>
        <w:br/>
        <w:t xml:space="preserve">                "categoryId":"345134",</w:t>
        <w:br/>
        <w:t xml:space="preserve">                "scene":"ppt",</w:t>
        <w:br/>
        <w:t xml:space="preserve">                "watchStatus":"playback",</w:t>
        <w:br/>
        <w:t xml:space="preserve">                "watchStatusText":"回放中",</w:t>
        <w:br/>
        <w:t xml:space="preserve">                "sceneText":"三分屏",</w:t>
        <w:br/>
        <w:t xml:space="preserve">                "watchUrl":"https://live.polyv.cn/watch/2191569"</w:t>
        <w:br/>
        <w:t xml:space="preserve">            }</w:t>
        <w:br/>
        <w:t xml:space="preserve">        ],</w:t>
        <w:br/>
        <w:t xml:space="preserve">        "startRow":1,</w:t>
        <w:br/>
        <w:t xml:space="preserve">        "firstPage":true,</w:t>
        <w:br/>
        <w:t xml:space="preserve">        "lastPage":true,</w:t>
        <w:br/>
        <w:t xml:space="preserve">        "prePageNumber":1,</w:t>
        <w:br/>
        <w:t xml:space="preserve">        "limit":1,</w:t>
        <w:br/>
        <w:t xml:space="preserve">        "offset":0,</w:t>
        <w:br/>
        <w:t xml:space="preserve">        "totalPages":1,</w:t>
        <w:br/>
        <w:t xml:space="preserve">        "endRow":1,</w:t>
        <w:br/>
        <w:t xml:space="preserve">        "nextPageNumber":1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查询所有频道的缩略信息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