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查询直播分类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1、查询直播分类信息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http://api.polyv.net/live/v3/user/category/list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http://api.polyv.net/live/v3/user/category/list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appId=frlr1zazn3&amp;sign=1ECD804DCC62E9CB011FA9477F4075DC&amp;timestamp=1621841365623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响应成功时返回直播分类信息的数组【详见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分类排序号，rank=0表示为默认排序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查询直播分类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testGetCategoryList()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"http://api.polyv.net/live/v3/user/category/list";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log.info("测试查询直播分类，返回值：{}",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"categoryId":340019,</w:t>
        <w:br/>
        <w:t xml:space="preserve">            "categoryName":"默认分类",</w:t>
        <w:br/>
        <w:t xml:space="preserve">            "userId":"1b448be323",</w:t>
        <w:br/>
        <w:t xml:space="preserve">            "rank":0</w:t>
        <w:br/>
        <w:t xml:space="preserve">        },</w:t>
        <w:br/>
        <w:t xml:space="preserve">        {</w:t>
        <w:br/>
        <w:t xml:space="preserve">            "categoryId":345134,</w:t>
        <w:br/>
        <w:t xml:space="preserve">            "categoryName":"分类234",</w:t>
        <w:br/>
        <w:t xml:space="preserve">            "userId":"1b448be323",</w:t>
        <w:br/>
        <w:t xml:space="preserve">            "rank":2</w:t>
        <w:br/>
        <w:t xml:space="preserve">        },</w:t>
        <w:br/>
        <w:t xml:space="preserve">        {</w:t>
        <w:br/>
        <w:t xml:space="preserve">            "categoryId":345111,</w:t>
        <w:br/>
        <w:t xml:space="preserve">            "categoryName":"测试分类",</w:t>
        <w:br/>
        <w:t xml:space="preserve">            "userId":"1b448be323",</w:t>
        <w:br/>
        <w:t xml:space="preserve">            "rank":3</w:t>
        <w:br/>
        <w:t xml:space="preserve">        },</w:t>
        <w:br/>
        <w:t xml:space="preserve">        {</w:t>
        <w:br/>
        <w:t xml:space="preserve">            "categoryId":360879,</w:t>
        <w:br/>
        <w:t xml:space="preserve">            "categoryName":"分类23411",</w:t>
        <w:br/>
        <w:t xml:space="preserve">            "userId":"1b448be323",</w:t>
        <w:br/>
        <w:t xml:space="preserve">            "rank":4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查询直播分类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