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删除直播分类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1、删除直播频道分类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http://api.polyv.net/live/v3/user/category/delete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2、"默认分类"不允许删除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频道分类id，可通过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查询直播分类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获取频道分类id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http://api.polyv.net/live/v3/user/category/delete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appId=frlr1zazn3&amp;sign=420254A90FC4E129CF18C6825DD6C725&amp;categoryId=360705&amp;timestamp=1621841420303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成功或失败都是返回空字符串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LoggerFactory.getLogger(AccountTest.class);</w:t>
        <w:br/>
        <w:t>/**</w:t>
        <w:br/>
        <w:t xml:space="preserve"> * 删除直播分类</w:t>
        <w:br/>
        <w:t xml:space="preserve"> * @throws IOException</w:t>
        <w:br/>
        <w:t xml:space="preserve"> */</w:t>
        <w:br/>
        <w:t>@Test</w:t>
        <w:br/>
        <w:t>public void testDelete()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"http://api.polyv.net/live/v3/user/category/delete";</w:t>
        <w:br/>
        <w:t xml:space="preserve">    String categoryId = "360705";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requestMap.put("categoryId", categoryId);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log.info("测试删除直播分类，返回值：{}",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删除直播分类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