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创建直播分类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1、创建直播分类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http://api.polyv.net/live/v3/user/category/create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http://api.polyv.net/live/v3/user/category/create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appId=frlr1zazn3&amp;sign=8D7D02BC9081B6DF5E9D4A651A7BDE35&amp;categoryName=%E5%88%86%E7%B1%BB23411&amp;timestamp=1621841318228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响应成功时返回分类信息【详见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频道分类名称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分类排序号，rank=0表示为默认排序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LoggerFactory.getLogger(AccountTest.class);</w:t>
        <w:br/>
        <w:t>/**</w:t>
        <w:br/>
        <w:t xml:space="preserve"> * 创建直播分类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testCreateCategory()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"http://api.polyv.net/live/v3/user/category/create";</w:t>
        <w:br/>
        <w:t xml:space="preserve">    String categoryName="分类23411";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requestMap.put("categoryName", categoryName);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log.info("测试创建直播分类，返回值：{}",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"categoryId":360879,</w:t>
        <w:br/>
        <w:t xml:space="preserve">        "categoryName":"分类23411",</w:t>
        <w:br/>
        <w:t xml:space="preserve">        "userId":"1b448be323",</w:t>
        <w:br/>
        <w:t xml:space="preserve">        "rank":4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创建直播分类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