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1、根据分类id和频道名称查询频道号列表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http://api.polyv.net/live/v3/user/channels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返回指定分类ID下的频道号列表；不传，返回账号下所有的频道列表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http://api.polyv.net/live/v3/user/channels?appId=frlr1zazn3&amp;sign=D673B99508C8B99202D52A10FA77D091&amp;keyword=%E8%AE%A8%E8%AE%BA&amp;categoryId=340019&amp;labelId=zpmz3640wkxpj267&amp;timestamp=1621841285162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响应成功时返回频道列表【详见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返回频道号结果集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查询频道列表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testChannels()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url="http://api.polyv.net/live/v3/user/channels";</w:t>
        <w:br/>
        <w:t xml:space="preserve">    String categoryId="340019";</w:t>
        <w:br/>
        <w:t xml:space="preserve">    String keyword="讨论";</w:t>
        <w:br/>
        <w:t xml:space="preserve">    String labelId = "zpmz3640wkxpj267";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requestMap.put("categoryId", categoryId);</w:t>
        <w:br/>
        <w:t xml:space="preserve">    requestMap.put("labelId", labelId);</w:t>
        <w:br/>
        <w:t xml:space="preserve">    requestMap.put("keyword", keyword);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log.info("测试查询频道列表，返回值：{}",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"channels":[</w:t>
        <w:br/>
        <w:t xml:space="preserve">            2139283,</w:t>
        <w:br/>
        <w:t xml:space="preserve">            2139268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